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br/>
      </w:r>
    </w:p>
    <w:p>
      <w:pPr>
        <w:jc w:val="center"/>
      </w:pPr>
      <w:r>
        <w:rPr>
          <w:rFonts w:ascii="Arial" w:hAnsi="Arial"/>
          <w:b/>
          <w:color w:val="2E5CAA"/>
          <w:sz w:val="48"/>
        </w:rPr>
        <w:t>🎉 YOU'RE INVITED! 🎉</w:t>
        <w:br/>
      </w:r>
    </w:p>
    <w:p>
      <w:pPr>
        <w:jc w:val="center"/>
      </w:pPr>
      <w:r>
        <w:rPr>
          <w:rFonts w:ascii="Georgia" w:hAnsi="Georgia"/>
          <w:i/>
          <w:color w:val="555555"/>
          <w:sz w:val="24"/>
        </w:rPr>
        <w:t>Please join us for a special celebration</w:t>
        <w:br/>
        <w:t>for the birthday of</w:t>
      </w:r>
    </w:p>
    <w:p>
      <w:pPr>
        <w:jc w:val="center"/>
      </w:pPr>
      <w:r>
        <w:rPr>
          <w:rFonts w:ascii="Times New Roman" w:hAnsi="Times New Roman"/>
          <w:b/>
          <w:color w:val="D4AF37"/>
          <w:sz w:val="52"/>
        </w:rPr>
        <w:br/>
        <w:t>[Name of Birthday Person]</w:t>
        <w:br/>
      </w:r>
    </w:p>
    <w:p>
      <w:pPr>
        <w:jc w:val="center"/>
      </w:pPr>
      <w:r>
        <w:rPr>
          <w:color w:val="D4AF37"/>
          <w:sz w:val="28"/>
        </w:rPr>
        <w:t>•  •  •  •  •  •  •  •</w:t>
      </w:r>
    </w:p>
    <w:p>
      <w:pPr>
        <w:jc w:val="center"/>
      </w:pPr>
      <w:r>
        <w:rPr>
          <w:rFonts w:ascii="Arial" w:hAnsi="Arial"/>
          <w:b/>
          <w:color w:val="333333"/>
          <w:sz w:val="22"/>
        </w:rPr>
        <w:br/>
        <w:t>📅 DATE: [Day, Month Date, Year]</w:t>
        <w:br/>
        <w:t>⏰ TIME: [Start Time] - [End Time]</w:t>
        <w:br/>
        <w:t>📍 VENUE: [Location Name or Address]</w:t>
        <w:br/>
      </w:r>
    </w:p>
    <w:p>
      <w:pPr>
        <w:jc w:val="center"/>
      </w:pPr>
      <w:r>
        <w:rPr>
          <w:rFonts w:ascii="Arial" w:hAnsi="Arial"/>
          <w:color w:val="777777"/>
          <w:sz w:val="20"/>
        </w:rPr>
        <w:br/>
        <w:t>RSVP by [Date]</w:t>
        <w:br/>
        <w:t>Call/Text: [Phone Number]  |  Email: [Email Address]</w:t>
      </w:r>
    </w:p>
    <w:p>
      <w:pPr>
        <w:jc w:val="center"/>
      </w:pPr>
      <w:r>
        <w:rPr>
          <w:rFonts w:ascii="Georgia" w:hAnsi="Georgia"/>
          <w:i/>
          <w:color w:val="2E5CAA"/>
          <w:sz w:val="24"/>
        </w:rPr>
        <w:br/>
        <w:t>✨ We can't wait to celebrate with you! ✨</w:t>
      </w:r>
    </w:p>
    <w:sectPr w:rsidR="00FC693F" w:rsidRPr="0006063C" w:rsidSect="00034616">
      <w:pgSz w:w="7200" w:h="1008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