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60"/>
        <w:jc w:val="center"/>
      </w:pPr>
      <w:r>
        <w:rPr>
          <w:rFonts w:ascii="Aptos Display" w:hAnsi="Aptos Display"/>
          <w:b/>
          <w:i w:val="0"/>
          <w:color w:val="000000"/>
          <w:sz w:val="44"/>
        </w:rPr>
        <w:t>Birthday Letter Template</w:t>
      </w:r>
    </w:p>
    <w:p>
      <w:pPr>
        <w:spacing w:after="240"/>
        <w:jc w:val="center"/>
      </w:pPr>
      <w:r>
        <w:rPr>
          <w:rFonts w:ascii="Aptos" w:hAnsi="Aptos"/>
          <w:b w:val="0"/>
          <w:i/>
          <w:color w:val="555555"/>
          <w:sz w:val="18"/>
        </w:rPr>
        <w:t>A warm personal message for a friend or family member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97"/>
        <w:gridCol w:w="4997"/>
      </w:tblGrid>
      <w:tr>
        <w:tc>
          <w:tcPr>
            <w:tcW w:type="dxa" w:w="4824"/>
            <w:vAlign w:val="center"/>
            <w:shd w:fill="F3F6F8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274C77"/>
                <w:sz w:val="16"/>
              </w:rPr>
              <w:t>FROM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000000"/>
                <w:sz w:val="19"/>
              </w:rPr>
              <w:t>[Your Name]</w:t>
            </w:r>
          </w:p>
        </w:tc>
        <w:tc>
          <w:tcPr>
            <w:tcW w:type="dxa" w:w="4824"/>
            <w:vAlign w:val="center"/>
            <w:shd w:fill="F3F6F8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274C77"/>
                <w:sz w:val="16"/>
              </w:rPr>
              <w:t>DATE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000000"/>
                <w:sz w:val="19"/>
              </w:rPr>
              <w:t>[Month Day Year]</w:t>
            </w:r>
          </w:p>
        </w:tc>
      </w:tr>
      <w:tr>
        <w:tc>
          <w:tcPr>
            <w:tcW w:type="dxa" w:w="4824"/>
            <w:vAlign w:val="center"/>
            <w:shd w:fill="F3F6F8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274C77"/>
                <w:sz w:val="16"/>
              </w:rPr>
              <w:t>TO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000000"/>
                <w:sz w:val="19"/>
              </w:rPr>
              <w:t>[Recipient Name]</w:t>
            </w:r>
          </w:p>
        </w:tc>
        <w:tc>
          <w:tcPr>
            <w:tcW w:type="dxa" w:w="4824"/>
            <w:vAlign w:val="center"/>
            <w:shd w:fill="F3F6F8"/>
            <w:tcMar>
              <w:top w:w="105" w:type="dxa"/>
              <w:left w:w="105" w:type="dxa"/>
              <w:bottom w:w="105" w:type="dxa"/>
              <w:right w:w="105" w:type="dxa"/>
            </w:tcMar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274C77"/>
                <w:sz w:val="16"/>
              </w:rPr>
              <w:t>OCCASION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000000"/>
                <w:sz w:val="19"/>
              </w:rPr>
              <w:t>Happy Birthday</w:t>
            </w:r>
          </w:p>
        </w:tc>
      </w:tr>
    </w:tbl>
    <w:p>
      <w:pPr>
        <w:spacing w:after="0"/>
      </w:pPr>
    </w:p>
    <w:p>
      <w:pPr>
        <w:spacing w:after="140" w:line="259" w:lineRule="auto"/>
      </w:pPr>
      <w:r>
        <w:t>Dear [Recipient Name],</w:t>
      </w:r>
    </w:p>
    <w:p>
      <w:pPr>
        <w:spacing w:after="140" w:line="259" w:lineRule="auto"/>
      </w:pPr>
      <w:r>
        <w:t>Happy birthday! I hope your special day brings you happiness, good health, and many memorable moments with the people you care about.</w:t>
      </w:r>
    </w:p>
    <w:p>
      <w:pPr>
        <w:spacing w:after="140" w:line="259" w:lineRule="auto"/>
      </w:pPr>
      <w:r>
        <w:t>I am grateful for [mention a quality, memory, or way the person has supported you]. Your [kindness, humor, encouragement, or friendship] means a great deal to me.</w:t>
      </w:r>
    </w:p>
    <w:p>
      <w:pPr>
        <w:spacing w:after="140" w:line="259" w:lineRule="auto"/>
      </w:pPr>
      <w:r>
        <w:t>As you begin another year, I hope you have the opportunity to pursue your goals, enjoy new experiences, and celebrate every success along the way.</w:t>
      </w:r>
    </w:p>
    <w:p>
      <w:pPr>
        <w:spacing w:after="140" w:line="259" w:lineRule="auto"/>
      </w:pPr>
      <w:r>
        <w:t>Wishing you a wonderful birthday and a joyful year ahead.</w:t>
      </w:r>
    </w:p>
    <w:p>
      <w:pPr>
        <w:spacing w:after="140" w:line="259" w:lineRule="auto"/>
      </w:pPr>
      <w:r>
        <w:t>With warm wishes,</w:t>
      </w:r>
    </w:p>
    <w:p>
      <w:pPr>
        <w:spacing w:after="140" w:line="259" w:lineRule="auto"/>
      </w:pPr>
      <w:r>
        <w:t>[Your Name]</w:t>
      </w:r>
    </w:p>
    <w:sectPr w:rsidR="00FC693F" w:rsidRPr="0006063C" w:rsidSect="00034616">
      <w:footerReference w:type="default" r:id="rId9"/>
      <w:pgSz w:w="12240" w:h="15840"/>
      <w:pgMar w:top="893" w:right="1123" w:bottom="893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777777"/>
        <w:sz w:val="16"/>
      </w:rPr>
      <w:t>Editable Word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Birthday Letter Template</dc:title>
  <dc:subject/>
  <dc:creator>Word Excel Templates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