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c>
          <w:tcPr>
            <w:tcW w:type="dxa" w:w="4608"/>
            <w:shd w:val="clear" w:color="auto" w:fill="FF4081"/>
          </w:tcPr>
          <w:p/>
          <w:p>
            <w:pPr>
              <w:jc w:val="center"/>
            </w:pPr>
            <w:r>
              <w:br/>
              <w:br/>
            </w:r>
            <w:r>
              <w:rPr>
                <w:sz w:val="90"/>
              </w:rPr>
              <w:t>🎉</w:t>
              <w:br/>
            </w:r>
            <w:r>
              <w:rPr>
                <w:rFonts w:ascii="Arial Black" w:hAnsi="Arial Black"/>
                <w:color w:val="FFFFFF"/>
                <w:sz w:val="56"/>
              </w:rPr>
              <w:t>YOU ARE</w:t>
              <w:br/>
              <w:t>INVITED!</w:t>
              <w:br/>
            </w:r>
            <w:r>
              <w:rPr>
                <w:sz w:val="48"/>
              </w:rPr>
              <w:br/>
              <w:t>🎈 🎂 🎁</w:t>
              <w:br/>
            </w:r>
          </w:p>
        </w:tc>
        <w:tc>
          <w:tcPr>
            <w:tcW w:type="dxa" w:w="4608"/>
            <w:shd w:val="clear" w:color="auto" w:fill="FFFFF0"/>
          </w:tcPr>
          <w:p/>
          <w:p>
            <w:pPr>
              <w:jc w:val="center"/>
            </w:pPr>
            <w:r>
              <w:rPr>
                <w:rFonts w:ascii="Arial" w:hAnsi="Arial"/>
                <w:b/>
                <w:color w:val="333333"/>
                <w:sz w:val="24"/>
              </w:rPr>
              <w:br/>
              <w:t>JOIN US TO CELEBRATE</w:t>
              <w:br/>
            </w:r>
            <w:r>
              <w:rPr>
                <w:rFonts w:ascii="Arial Black" w:hAnsi="Arial Black"/>
                <w:b/>
                <w:color w:val="6200EA"/>
                <w:sz w:val="40"/>
              </w:rPr>
              <w:t>[NAME]'s BIRTHDAY!</w:t>
              <w:br/>
            </w:r>
            <w:r>
              <w:rPr>
                <w:color w:val="00B0FF"/>
                <w:sz w:val="28"/>
              </w:rPr>
              <w:t>〰〰〰〰〰〰〰〰〰〰</w:t>
              <w:br/>
            </w:r>
            <w:r>
              <w:rPr>
                <w:rFonts w:ascii="Arial" w:hAnsi="Arial"/>
                <w:b/>
                <w:color w:val="F50057"/>
                <w:sz w:val="22"/>
              </w:rPr>
              <w:t>📅 WHEN: [Date] at [Time]</w:t>
              <w:br/>
            </w:r>
            <w:r>
              <w:rPr>
                <w:rFonts w:ascii="Arial" w:hAnsi="Arial"/>
                <w:b/>
                <w:color w:val="00C853"/>
                <w:sz w:val="22"/>
              </w:rPr>
              <w:t>📍 WHERE: [Location / Address]</w:t>
              <w:br/>
            </w:r>
            <w:r>
              <w:rPr>
                <w:color w:val="00B0FF"/>
                <w:sz w:val="28"/>
              </w:rPr>
              <w:t>〰〰〰〰〰〰〰〰〰〰</w:t>
              <w:br/>
            </w:r>
            <w:r>
              <w:rPr>
                <w:rFonts w:ascii="Arial" w:hAnsi="Arial"/>
                <w:b/>
                <w:color w:val="FF6D00"/>
                <w:sz w:val="20"/>
              </w:rPr>
              <w:t>RSVP to [Name] by [Date]</w:t>
              <w:br/>
              <w:t>📞 [Phone]  |  ✉️ [Email]</w:t>
              <w:br/>
            </w:r>
          </w:p>
        </w:tc>
      </w:tr>
    </w:tbl>
    <w:sectPr w:rsidR="00FC693F" w:rsidRPr="0006063C" w:rsidSect="00034616">
      <w:pgSz w:w="10080" w:h="720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