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60"/>
        <w:jc w:val="center"/>
      </w:pPr>
      <w:r>
        <w:rPr>
          <w:rFonts w:ascii="Aptos Display" w:hAnsi="Aptos Display"/>
          <w:b/>
          <w:i w:val="0"/>
          <w:color w:val="000000"/>
          <w:sz w:val="44"/>
        </w:rPr>
        <w:t>Formal Complaint Letter Template</w:t>
      </w:r>
    </w:p>
    <w:p>
      <w:pPr>
        <w:spacing w:after="240"/>
        <w:jc w:val="center"/>
      </w:pPr>
      <w:r>
        <w:rPr>
          <w:rFonts w:ascii="Aptos" w:hAnsi="Aptos"/>
          <w:b w:val="0"/>
          <w:i/>
          <w:color w:val="555555"/>
          <w:sz w:val="18"/>
        </w:rPr>
        <w:t>A clear record of a problem and the requested resolution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824"/>
            <w:vAlign w:val="center"/>
            <w:shd w:fill="F3F6F8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274C77"/>
                <w:sz w:val="16"/>
              </w:rPr>
              <w:t>FROM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000000"/>
                <w:sz w:val="19"/>
              </w:rPr>
              <w:t>[Your Full Name]</w:t>
              <w:br/>
              <w:t>[Address]</w:t>
              <w:br/>
              <w:t>[Email or Phone]</w:t>
            </w:r>
          </w:p>
        </w:tc>
        <w:tc>
          <w:tcPr>
            <w:tcW w:type="dxa" w:w="4824"/>
            <w:vAlign w:val="center"/>
            <w:shd w:fill="F3F6F8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274C77"/>
                <w:sz w:val="16"/>
              </w:rPr>
              <w:t>DATE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000000"/>
                <w:sz w:val="19"/>
              </w:rPr>
              <w:t>[Month Day Year]</w:t>
            </w:r>
          </w:p>
        </w:tc>
      </w:tr>
      <w:tr>
        <w:tc>
          <w:tcPr>
            <w:tcW w:type="dxa" w:w="4824"/>
            <w:vAlign w:val="center"/>
            <w:shd w:fill="F3F6F8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274C77"/>
                <w:sz w:val="16"/>
              </w:rPr>
              <w:t>TO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000000"/>
                <w:sz w:val="19"/>
              </w:rPr>
              <w:t>[Company or Recipient]</w:t>
              <w:br/>
              <w:t>[Address]</w:t>
            </w:r>
          </w:p>
        </w:tc>
        <w:tc>
          <w:tcPr>
            <w:tcW w:type="dxa" w:w="4824"/>
            <w:vAlign w:val="center"/>
            <w:shd w:fill="F3F6F8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274C77"/>
                <w:sz w:val="16"/>
              </w:rPr>
              <w:t>REFERENCE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000000"/>
                <w:sz w:val="19"/>
              </w:rPr>
              <w:t>[Order Account or Case Number]</w:t>
            </w:r>
          </w:p>
        </w:tc>
      </w:tr>
    </w:tbl>
    <w:p>
      <w:pPr>
        <w:spacing w:after="0"/>
      </w:pPr>
    </w:p>
    <w:p>
      <w:pPr>
        <w:spacing w:after="140" w:line="259" w:lineRule="auto"/>
      </w:pPr>
      <w:r>
        <w:t>Dear [Recipient Name or Customer Service Team],</w:t>
      </w:r>
    </w:p>
    <w:p>
      <w:pPr>
        <w:spacing w:after="140" w:line="259" w:lineRule="auto"/>
      </w:pPr>
      <w:r>
        <w:t>I am writing to make a formal complaint regarding [product, service, or issue]. The problem occurred on [date] at [location or website].</w:t>
      </w:r>
    </w:p>
    <w:p>
      <w:pPr>
        <w:spacing w:after="140" w:line="259" w:lineRule="auto"/>
      </w:pPr>
      <w:r>
        <w:t>The issue is as follows: [describe what happened in factual chronological order]. I have attached or can provide [receipt, invoice, photographs, correspondence, or other evidence].</w:t>
      </w:r>
    </w:p>
    <w:p>
      <w:pPr>
        <w:spacing w:after="140" w:line="259" w:lineRule="auto"/>
      </w:pPr>
      <w:r>
        <w:t>I request that you resolve this matter by [refund, replacement, repair, correction, explanation, or another reasonable outcome] by [reasonable response date].</w:t>
      </w:r>
    </w:p>
    <w:p>
      <w:pPr>
        <w:spacing w:after="140" w:line="259" w:lineRule="auto"/>
      </w:pPr>
      <w:r>
        <w:t>Please confirm receipt of this complaint and advise me of the next steps. I can be contacted using the details above.</w:t>
      </w:r>
    </w:p>
    <w:p>
      <w:pPr>
        <w:spacing w:after="140" w:line="259" w:lineRule="auto"/>
      </w:pPr>
      <w:r>
        <w:t>Sincerely,</w:t>
      </w:r>
    </w:p>
    <w:p>
      <w:pPr>
        <w:spacing w:after="140" w:line="259" w:lineRule="auto"/>
      </w:pPr>
      <w:r>
        <w:t>[Your Full Name]</w:t>
      </w:r>
    </w:p>
    <w:sectPr w:rsidR="00FC693F" w:rsidRPr="0006063C" w:rsidSect="00034616">
      <w:footerReference w:type="default" r:id="rId9"/>
      <w:pgSz w:w="12240" w:h="15840"/>
      <w:pgMar w:top="893" w:right="1123" w:bottom="893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777777"/>
        <w:sz w:val="16"/>
      </w:rPr>
      <w:t>Editable Word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Formal Complaint Letter Template</dc:title>
  <dc:subject/>
  <dc:creator>Word Excel Templates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