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60"/>
        <w:jc w:val="center"/>
      </w:pPr>
      <w:r>
        <w:rPr>
          <w:rFonts w:ascii="Aptos Display" w:hAnsi="Aptos Display"/>
          <w:b/>
          <w:i w:val="0"/>
          <w:color w:val="000000"/>
          <w:sz w:val="44"/>
        </w:rPr>
        <w:t>Condolence Letter Template</w:t>
      </w:r>
    </w:p>
    <w:p>
      <w:pPr>
        <w:spacing w:after="240"/>
        <w:jc w:val="center"/>
      </w:pPr>
      <w:r>
        <w:rPr>
          <w:rFonts w:ascii="Aptos" w:hAnsi="Aptos"/>
          <w:b w:val="0"/>
          <w:i/>
          <w:color w:val="555555"/>
          <w:sz w:val="18"/>
        </w:rPr>
        <w:t>A respectful message of sympathy and support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4824"/>
            <w:vAlign w:val="center"/>
            <w:shd w:fill="F3F6F8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274C77"/>
                <w:sz w:val="16"/>
              </w:rPr>
              <w:t>SENDER</w:t>
            </w:r>
          </w:p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000000"/>
                <w:sz w:val="19"/>
              </w:rPr>
              <w:t>[Your Full Name]</w:t>
              <w:br/>
              <w:t>[Address]</w:t>
              <w:br/>
              <w:t>[Email or Phone]</w:t>
            </w:r>
          </w:p>
        </w:tc>
        <w:tc>
          <w:tcPr>
            <w:tcW w:type="dxa" w:w="4824"/>
            <w:vAlign w:val="center"/>
            <w:shd w:fill="F3F6F8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274C77"/>
                <w:sz w:val="16"/>
              </w:rPr>
              <w:t>DATE</w:t>
            </w:r>
          </w:p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000000"/>
                <w:sz w:val="19"/>
              </w:rPr>
              <w:t>[Month Day Year]</w:t>
            </w:r>
          </w:p>
        </w:tc>
      </w:tr>
      <w:tr>
        <w:tc>
          <w:tcPr>
            <w:tcW w:type="dxa" w:w="4824"/>
            <w:vAlign w:val="center"/>
            <w:shd w:fill="F3F6F8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274C77"/>
                <w:sz w:val="16"/>
              </w:rPr>
              <w:t>RECIPIENT</w:t>
            </w:r>
          </w:p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000000"/>
                <w:sz w:val="19"/>
              </w:rPr>
              <w:t>[Recipient Name]</w:t>
              <w:br/>
              <w:t>[Address]</w:t>
            </w:r>
          </w:p>
        </w:tc>
        <w:tc>
          <w:tcPr>
            <w:tcW w:type="dxa" w:w="4824"/>
            <w:vAlign w:val="center"/>
            <w:shd w:fill="F3F6F8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274C77"/>
                <w:sz w:val="16"/>
              </w:rPr>
              <w:t>SUBJECT</w:t>
            </w:r>
          </w:p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000000"/>
                <w:sz w:val="19"/>
              </w:rPr>
              <w:t>Expression of Condolence</w:t>
            </w:r>
          </w:p>
        </w:tc>
      </w:tr>
    </w:tbl>
    <w:p>
      <w:pPr>
        <w:spacing w:after="0"/>
      </w:pPr>
    </w:p>
    <w:p>
      <w:pPr>
        <w:spacing w:after="140" w:line="259" w:lineRule="auto"/>
      </w:pPr>
      <w:r>
        <w:t>Dear [Recipient Name],</w:t>
      </w:r>
    </w:p>
    <w:p>
      <w:pPr>
        <w:spacing w:after="140" w:line="259" w:lineRule="auto"/>
      </w:pPr>
      <w:r>
        <w:t>I was deeply sorry to learn of the passing of [Name of Deceased]. Please accept my sincere condolences during this difficult time.</w:t>
      </w:r>
    </w:p>
    <w:p>
      <w:pPr>
        <w:spacing w:after="140" w:line="259" w:lineRule="auto"/>
      </w:pPr>
      <w:r>
        <w:t>I will always remember [Name] for [brief, genuine memory or quality]. Their kindness and presence made a meaningful difference to the people who knew them.</w:t>
      </w:r>
    </w:p>
    <w:p>
      <w:pPr>
        <w:spacing w:after="140" w:line="259" w:lineRule="auto"/>
      </w:pPr>
      <w:r>
        <w:t>Please know that you and your family are in my thoughts. If it would be helpful, I am available to [specific practical offer of support].</w:t>
      </w:r>
    </w:p>
    <w:p>
      <w:pPr>
        <w:spacing w:after="140" w:line="259" w:lineRule="auto"/>
      </w:pPr>
      <w:r>
        <w:t>With deepest sympathy,</w:t>
      </w:r>
    </w:p>
    <w:p>
      <w:pPr>
        <w:spacing w:after="140" w:line="259" w:lineRule="auto"/>
      </w:pPr>
      <w:r>
        <w:t>[Your Full Name]</w:t>
      </w:r>
    </w:p>
    <w:sectPr w:rsidR="00FC693F" w:rsidRPr="0006063C" w:rsidSect="00034616">
      <w:footerReference w:type="default" r:id="rId9"/>
      <w:pgSz w:w="12240" w:h="15840"/>
      <w:pgMar w:top="893" w:right="1123" w:bottom="893" w:left="112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b w:val="0"/>
        <w:i w:val="0"/>
        <w:color w:val="777777"/>
        <w:sz w:val="16"/>
      </w:rPr>
      <w:t>Editable Word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/>
    </w:pPr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Condolence Letter Template</dc:title>
  <dc:subject/>
  <dc:creator>Word Excel Templates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