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60"/>
        <w:jc w:val="center"/>
      </w:pPr>
      <w:r>
        <w:rPr>
          <w:rFonts w:ascii="Aptos" w:hAnsi="Aptos"/>
          <w:b/>
          <w:i w:val="0"/>
          <w:color w:val="000000"/>
          <w:sz w:val="44"/>
        </w:rPr>
        <w:t>Donation Pledge Form Template</w:t>
      </w:r>
    </w:p>
    <w:p>
      <w:pPr>
        <w:spacing w:after="240"/>
        <w:jc w:val="center"/>
      </w:pPr>
      <w:r>
        <w:rPr>
          <w:rFonts w:ascii="Aptos" w:hAnsi="Aptos"/>
          <w:b w:val="0"/>
          <w:i/>
          <w:color w:val="555555"/>
          <w:sz w:val="18"/>
        </w:rPr>
        <w:t>Record donor commitments, payment schedules and acknowledgment preferences</w:t>
      </w:r>
    </w:p>
    <w:p>
      <w:pPr>
        <w:spacing w:before="140" w:after="80"/>
      </w:pPr>
      <w:r>
        <w:rPr>
          <w:rFonts w:ascii="Aptos" w:hAnsi="Aptos"/>
          <w:b/>
          <w:i w:val="0"/>
          <w:color w:val="000000"/>
          <w:sz w:val="24"/>
        </w:rPr>
        <w:t>Organization Details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Organization name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Campaign or fund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Contact person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Phone or email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</w:tbl>
    <w:p>
      <w:pPr>
        <w:spacing w:before="140" w:after="80"/>
      </w:pPr>
      <w:r>
        <w:rPr>
          <w:rFonts w:ascii="Aptos" w:hAnsi="Aptos"/>
          <w:b/>
          <w:i w:val="0"/>
          <w:color w:val="000000"/>
          <w:sz w:val="24"/>
        </w:rPr>
        <w:t>Donor Information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Donor name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Organization if applicable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Address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Phone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Email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</w:tbl>
    <w:p>
      <w:pPr>
        <w:spacing w:before="140" w:after="80"/>
      </w:pPr>
      <w:r>
        <w:rPr>
          <w:rFonts w:ascii="Aptos" w:hAnsi="Aptos"/>
          <w:b/>
          <w:i w:val="0"/>
          <w:color w:val="000000"/>
          <w:sz w:val="24"/>
        </w:rPr>
        <w:t>Pledge Details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Total pledge amount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Payment frequency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First payment date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Final payment date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Payment method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</w:tbl>
    <w:p>
      <w:pPr>
        <w:spacing w:before="140" w:after="80"/>
      </w:pPr>
      <w:r>
        <w:rPr>
          <w:rFonts w:ascii="Aptos" w:hAnsi="Aptos"/>
          <w:b/>
          <w:i w:val="0"/>
          <w:color w:val="000000"/>
          <w:sz w:val="24"/>
        </w:rPr>
        <w:t>Recognition Preferences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Name for acknowledgment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Anonymous donation Yes or No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Communication preference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</w:tbl>
    <w:p>
      <w:pPr>
        <w:spacing w:before="140" w:after="80"/>
      </w:pPr>
      <w:r>
        <w:rPr>
          <w:rFonts w:ascii="Aptos" w:hAnsi="Aptos"/>
          <w:b/>
          <w:i w:val="0"/>
          <w:color w:val="000000"/>
          <w:sz w:val="24"/>
        </w:rPr>
        <w:t>Authorization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Donor signature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Date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  <w:tr>
        <w:tc>
          <w:tcPr>
            <w:tcW w:type="dxa" w:w="5112"/>
            <w:shd w:fill="D9EAF7"/>
            <w:vAlign w:val="center"/>
          </w:tcPr>
          <w:p>
            <w:r>
              <w:rPr>
                <w:rFonts w:ascii="Aptos" w:hAnsi="Aptos"/>
                <w:b/>
                <w:i w:val="0"/>
                <w:color w:val="000000"/>
                <w:sz w:val="18"/>
              </w:rPr>
              <w:t>Authorized representative</w:t>
            </w:r>
          </w:p>
        </w:tc>
        <w:tc>
          <w:tcPr>
            <w:tcW w:type="dxa" w:w="5112"/>
            <w:shd w:fill="FFF2CC"/>
            <w:vAlign w:val="center"/>
          </w:tcPr>
          <w:p>
            <w:r>
              <w:t>[Enter information]</w:t>
            </w:r>
          </w:p>
        </w:tc>
      </w:tr>
    </w:tbl>
    <w:p>
      <w:r>
        <w:rPr>
          <w:rFonts w:ascii="Aptos" w:hAnsi="Aptos"/>
          <w:b w:val="0"/>
          <w:i/>
          <w:color w:val="555555"/>
          <w:sz w:val="16"/>
        </w:rPr>
        <w:t>Note: This pledge form records an intended commitment. Organizations should add any terms, tax wording, privacy notices or cancellation rules required for their jurisdiction and campaign.</w:t>
      </w:r>
    </w:p>
    <w:sectPr w:rsidR="00FC693F" w:rsidRPr="0006063C" w:rsidSect="00034616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Donation Pledge Form Template</dc:title>
  <dc:subject/>
  <dc:creator>Word Excel Templates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