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60"/>
        <w:jc w:val="center"/>
      </w:pPr>
      <w:r>
        <w:rPr>
          <w:rFonts w:ascii="Aptos" w:hAnsi="Aptos"/>
          <w:b/>
          <w:i w:val="0"/>
          <w:color w:val="000000"/>
          <w:sz w:val="44"/>
        </w:rPr>
        <w:t>Family History Book Template</w:t>
      </w:r>
    </w:p>
    <w:p>
      <w:pPr>
        <w:spacing w:after="240"/>
        <w:jc w:val="center"/>
      </w:pPr>
      <w:r>
        <w:rPr>
          <w:rFonts w:ascii="Aptos" w:hAnsi="Aptos"/>
          <w:b w:val="0"/>
          <w:i/>
          <w:color w:val="555555"/>
          <w:sz w:val="18"/>
        </w:rPr>
        <w:t>Record relatives, relationships, milestones and family stories</w:t>
      </w:r>
    </w:p>
    <w:p>
      <w:pPr>
        <w:spacing w:before="160" w:after="100"/>
      </w:pPr>
      <w:r>
        <w:rPr>
          <w:rFonts w:ascii="Aptos" w:hAnsi="Aptos"/>
          <w:b/>
          <w:i w:val="0"/>
          <w:color w:val="000000"/>
          <w:sz w:val="24"/>
        </w:rPr>
        <w:t>Family Overview</w:t>
      </w:r>
    </w:p>
    <w:p>
      <w:pPr>
        <w:spacing w:after="100"/>
      </w:pPr>
      <w:r>
        <w:t>Family name: [Enter name]</w:t>
      </w:r>
    </w:p>
    <w:p>
      <w:pPr>
        <w:spacing w:after="100"/>
      </w:pPr>
      <w:r>
        <w:t>Earliest known ancestor: [Enter name]</w:t>
      </w:r>
    </w:p>
    <w:p>
      <w:pPr>
        <w:spacing w:after="100"/>
      </w:pPr>
      <w:r>
        <w:t>Primary locations: [Enter places]</w:t>
      </w:r>
    </w:p>
    <w:p>
      <w:pPr>
        <w:spacing w:before="160" w:after="100"/>
      </w:pPr>
      <w:r>
        <w:rPr>
          <w:rFonts w:ascii="Aptos" w:hAnsi="Aptos"/>
          <w:b/>
          <w:i w:val="0"/>
          <w:color w:val="000000"/>
          <w:sz w:val="24"/>
        </w:rPr>
        <w:t>Key Family Members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c>
          <w:tcPr>
            <w:tcW w:type="dxa" w:w="2556"/>
            <w:shd w:fill="1F4E78"/>
            <w:vAlign w:val="center"/>
          </w:tcPr>
          <w:p>
            <w:r>
              <w:rPr>
                <w:rFonts w:ascii="Aptos" w:hAnsi="Aptos"/>
                <w:b/>
                <w:i w:val="0"/>
                <w:color w:val="FFFFFF"/>
                <w:sz w:val="18"/>
              </w:rPr>
              <w:t>Full Name</w:t>
            </w:r>
          </w:p>
        </w:tc>
        <w:tc>
          <w:tcPr>
            <w:tcW w:type="dxa" w:w="2556"/>
            <w:shd w:fill="1F4E78"/>
            <w:vAlign w:val="center"/>
          </w:tcPr>
          <w:p>
            <w:r>
              <w:rPr>
                <w:rFonts w:ascii="Aptos" w:hAnsi="Aptos"/>
                <w:b/>
                <w:i w:val="0"/>
                <w:color w:val="FFFFFF"/>
                <w:sz w:val="18"/>
              </w:rPr>
              <w:t>Relationship</w:t>
            </w:r>
          </w:p>
        </w:tc>
        <w:tc>
          <w:tcPr>
            <w:tcW w:type="dxa" w:w="2556"/>
            <w:shd w:fill="1F4E78"/>
            <w:vAlign w:val="center"/>
          </w:tcPr>
          <w:p>
            <w:r>
              <w:rPr>
                <w:rFonts w:ascii="Aptos" w:hAnsi="Aptos"/>
                <w:b/>
                <w:i w:val="0"/>
                <w:color w:val="FFFFFF"/>
                <w:sz w:val="18"/>
              </w:rPr>
              <w:t>Birth Year</w:t>
            </w:r>
          </w:p>
        </w:tc>
        <w:tc>
          <w:tcPr>
            <w:tcW w:type="dxa" w:w="2556"/>
            <w:shd w:fill="1F4E78"/>
            <w:vAlign w:val="center"/>
          </w:tcPr>
          <w:p>
            <w:r>
              <w:rPr>
                <w:rFonts w:ascii="Aptos" w:hAnsi="Aptos"/>
                <w:b/>
                <w:i w:val="0"/>
                <w:color w:val="FFFFFF"/>
                <w:sz w:val="18"/>
              </w:rPr>
              <w:t>Place</w:t>
            </w:r>
          </w:p>
        </w:tc>
      </w:tr>
      <w:tr>
        <w:tc>
          <w:tcPr>
            <w:tcW w:type="dxa" w:w="2556"/>
            <w:shd w:fill="FFF2CC"/>
            <w:vAlign w:val="center"/>
          </w:tcPr>
          <w:p>
            <w:r>
              <w:t>[Enter details]</w:t>
            </w:r>
          </w:p>
        </w:tc>
        <w:tc>
          <w:tcPr>
            <w:tcW w:type="dxa" w:w="2556"/>
            <w:shd w:fill="FFF2CC"/>
            <w:vAlign w:val="center"/>
          </w:tcPr>
          <w:p>
            <w:r>
              <w:t>[Enter details]</w:t>
            </w:r>
          </w:p>
        </w:tc>
        <w:tc>
          <w:tcPr>
            <w:tcW w:type="dxa" w:w="2556"/>
            <w:shd w:fill="FFF2CC"/>
            <w:vAlign w:val="center"/>
          </w:tcPr>
          <w:p>
            <w:r>
              <w:t>[Enter details]</w:t>
            </w:r>
          </w:p>
        </w:tc>
        <w:tc>
          <w:tcPr>
            <w:tcW w:type="dxa" w:w="2556"/>
            <w:shd w:fill="FFF2CC"/>
            <w:vAlign w:val="center"/>
          </w:tcPr>
          <w:p>
            <w:r>
              <w:t>[Enter details]</w:t>
            </w:r>
          </w:p>
        </w:tc>
      </w:tr>
      <w:tr>
        <w:tc>
          <w:tcPr>
            <w:tcW w:type="dxa" w:w="2556"/>
            <w:shd w:fill="FFFFFF"/>
            <w:vAlign w:val="center"/>
          </w:tcPr>
          <w:p>
            <w:r>
              <w:t>[Enter details]</w:t>
            </w:r>
          </w:p>
        </w:tc>
        <w:tc>
          <w:tcPr>
            <w:tcW w:type="dxa" w:w="2556"/>
            <w:shd w:fill="FFFFFF"/>
            <w:vAlign w:val="center"/>
          </w:tcPr>
          <w:p>
            <w:r>
              <w:t>[Enter details]</w:t>
            </w:r>
          </w:p>
        </w:tc>
        <w:tc>
          <w:tcPr>
            <w:tcW w:type="dxa" w:w="2556"/>
            <w:shd w:fill="FFFFFF"/>
            <w:vAlign w:val="center"/>
          </w:tcPr>
          <w:p>
            <w:r>
              <w:t>[Enter details]</w:t>
            </w:r>
          </w:p>
        </w:tc>
        <w:tc>
          <w:tcPr>
            <w:tcW w:type="dxa" w:w="2556"/>
            <w:shd w:fill="FFFFFF"/>
            <w:vAlign w:val="center"/>
          </w:tcPr>
          <w:p>
            <w:r>
              <w:t>[Enter details]</w:t>
            </w:r>
          </w:p>
        </w:tc>
      </w:tr>
      <w:tr>
        <w:tc>
          <w:tcPr>
            <w:tcW w:type="dxa" w:w="2556"/>
            <w:shd w:fill="FFF2CC"/>
            <w:vAlign w:val="center"/>
          </w:tcPr>
          <w:p>
            <w:r>
              <w:t>[Enter details]</w:t>
            </w:r>
          </w:p>
        </w:tc>
        <w:tc>
          <w:tcPr>
            <w:tcW w:type="dxa" w:w="2556"/>
            <w:shd w:fill="FFF2CC"/>
            <w:vAlign w:val="center"/>
          </w:tcPr>
          <w:p>
            <w:r>
              <w:t>[Enter details]</w:t>
            </w:r>
          </w:p>
        </w:tc>
        <w:tc>
          <w:tcPr>
            <w:tcW w:type="dxa" w:w="2556"/>
            <w:shd w:fill="FFF2CC"/>
            <w:vAlign w:val="center"/>
          </w:tcPr>
          <w:p>
            <w:r>
              <w:t>[Enter details]</w:t>
            </w:r>
          </w:p>
        </w:tc>
        <w:tc>
          <w:tcPr>
            <w:tcW w:type="dxa" w:w="2556"/>
            <w:shd w:fill="FFF2CC"/>
            <w:vAlign w:val="center"/>
          </w:tcPr>
          <w:p>
            <w:r>
              <w:t>[Enter details]</w:t>
            </w:r>
          </w:p>
        </w:tc>
      </w:tr>
      <w:tr>
        <w:tc>
          <w:tcPr>
            <w:tcW w:type="dxa" w:w="2556"/>
            <w:shd w:fill="FFFFFF"/>
            <w:vAlign w:val="center"/>
          </w:tcPr>
          <w:p>
            <w:r>
              <w:t>[Enter details]</w:t>
            </w:r>
          </w:p>
        </w:tc>
        <w:tc>
          <w:tcPr>
            <w:tcW w:type="dxa" w:w="2556"/>
            <w:shd w:fill="FFFFFF"/>
            <w:vAlign w:val="center"/>
          </w:tcPr>
          <w:p>
            <w:r>
              <w:t>[Enter details]</w:t>
            </w:r>
          </w:p>
        </w:tc>
        <w:tc>
          <w:tcPr>
            <w:tcW w:type="dxa" w:w="2556"/>
            <w:shd w:fill="FFFFFF"/>
            <w:vAlign w:val="center"/>
          </w:tcPr>
          <w:p>
            <w:r>
              <w:t>[Enter details]</w:t>
            </w:r>
          </w:p>
        </w:tc>
        <w:tc>
          <w:tcPr>
            <w:tcW w:type="dxa" w:w="2556"/>
            <w:shd w:fill="FFFFFF"/>
            <w:vAlign w:val="center"/>
          </w:tcPr>
          <w:p>
            <w:r>
              <w:t>[Enter details]</w:t>
            </w:r>
          </w:p>
        </w:tc>
      </w:tr>
    </w:tbl>
    <w:p>
      <w:pPr>
        <w:spacing w:before="160" w:after="100"/>
      </w:pPr>
      <w:r>
        <w:rPr>
          <w:rFonts w:ascii="Aptos" w:hAnsi="Aptos"/>
          <w:b/>
          <w:i w:val="0"/>
          <w:color w:val="000000"/>
          <w:sz w:val="24"/>
        </w:rPr>
        <w:t>Important Dates and Places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408"/>
        <w:gridCol w:w="3408"/>
        <w:gridCol w:w="3408"/>
      </w:tblGrid>
      <w:tr>
        <w:tc>
          <w:tcPr>
            <w:tcW w:type="dxa" w:w="3408"/>
            <w:shd w:fill="1F4E78"/>
            <w:vAlign w:val="center"/>
          </w:tcPr>
          <w:p>
            <w:r>
              <w:rPr>
                <w:rFonts w:ascii="Aptos" w:hAnsi="Aptos"/>
                <w:b/>
                <w:i w:val="0"/>
                <w:color w:val="FFFFFF"/>
                <w:sz w:val="18"/>
              </w:rPr>
              <w:t>Event</w:t>
            </w:r>
          </w:p>
        </w:tc>
        <w:tc>
          <w:tcPr>
            <w:tcW w:type="dxa" w:w="3408"/>
            <w:shd w:fill="1F4E78"/>
            <w:vAlign w:val="center"/>
          </w:tcPr>
          <w:p>
            <w:r>
              <w:rPr>
                <w:rFonts w:ascii="Aptos" w:hAnsi="Aptos"/>
                <w:b/>
                <w:i w:val="0"/>
                <w:color w:val="FFFFFF"/>
                <w:sz w:val="18"/>
              </w:rPr>
              <w:t>Date</w:t>
            </w:r>
          </w:p>
        </w:tc>
        <w:tc>
          <w:tcPr>
            <w:tcW w:type="dxa" w:w="3408"/>
            <w:shd w:fill="1F4E78"/>
            <w:vAlign w:val="center"/>
          </w:tcPr>
          <w:p>
            <w:r>
              <w:rPr>
                <w:rFonts w:ascii="Aptos" w:hAnsi="Aptos"/>
                <w:b/>
                <w:i w:val="0"/>
                <w:color w:val="FFFFFF"/>
                <w:sz w:val="18"/>
              </w:rPr>
              <w:t>Location</w:t>
            </w:r>
          </w:p>
        </w:tc>
      </w:tr>
      <w:tr>
        <w:tc>
          <w:tcPr>
            <w:tcW w:type="dxa" w:w="3408"/>
            <w:shd w:fill="FFF2CC"/>
            <w:vAlign w:val="center"/>
          </w:tcPr>
          <w:p>
            <w:r>
              <w:t>[Enter details]</w:t>
            </w:r>
          </w:p>
        </w:tc>
        <w:tc>
          <w:tcPr>
            <w:tcW w:type="dxa" w:w="3408"/>
            <w:shd w:fill="FFF2CC"/>
            <w:vAlign w:val="center"/>
          </w:tcPr>
          <w:p>
            <w:r>
              <w:t>[Enter details]</w:t>
            </w:r>
          </w:p>
        </w:tc>
        <w:tc>
          <w:tcPr>
            <w:tcW w:type="dxa" w:w="3408"/>
            <w:shd w:fill="FFF2CC"/>
            <w:vAlign w:val="center"/>
          </w:tcPr>
          <w:p>
            <w:r>
              <w:t>[Enter details]</w:t>
            </w:r>
          </w:p>
        </w:tc>
      </w:tr>
      <w:tr>
        <w:tc>
          <w:tcPr>
            <w:tcW w:type="dxa" w:w="3408"/>
            <w:shd w:fill="FFFFFF"/>
            <w:vAlign w:val="center"/>
          </w:tcPr>
          <w:p>
            <w:r>
              <w:t>[Enter details]</w:t>
            </w:r>
          </w:p>
        </w:tc>
        <w:tc>
          <w:tcPr>
            <w:tcW w:type="dxa" w:w="3408"/>
            <w:shd w:fill="FFFFFF"/>
            <w:vAlign w:val="center"/>
          </w:tcPr>
          <w:p>
            <w:r>
              <w:t>[Enter details]</w:t>
            </w:r>
          </w:p>
        </w:tc>
        <w:tc>
          <w:tcPr>
            <w:tcW w:type="dxa" w:w="3408"/>
            <w:shd w:fill="FFFFFF"/>
            <w:vAlign w:val="center"/>
          </w:tcPr>
          <w:p>
            <w:r>
              <w:t>[Enter details]</w:t>
            </w:r>
          </w:p>
        </w:tc>
      </w:tr>
      <w:tr>
        <w:tc>
          <w:tcPr>
            <w:tcW w:type="dxa" w:w="3408"/>
            <w:shd w:fill="FFF2CC"/>
            <w:vAlign w:val="center"/>
          </w:tcPr>
          <w:p>
            <w:r>
              <w:t>[Enter details]</w:t>
            </w:r>
          </w:p>
        </w:tc>
        <w:tc>
          <w:tcPr>
            <w:tcW w:type="dxa" w:w="3408"/>
            <w:shd w:fill="FFF2CC"/>
            <w:vAlign w:val="center"/>
          </w:tcPr>
          <w:p>
            <w:r>
              <w:t>[Enter details]</w:t>
            </w:r>
          </w:p>
        </w:tc>
        <w:tc>
          <w:tcPr>
            <w:tcW w:type="dxa" w:w="3408"/>
            <w:shd w:fill="FFF2CC"/>
            <w:vAlign w:val="center"/>
          </w:tcPr>
          <w:p>
            <w:r>
              <w:t>[Enter details]</w:t>
            </w:r>
          </w:p>
        </w:tc>
      </w:tr>
    </w:tbl>
    <w:p>
      <w:pPr>
        <w:spacing w:before="160" w:after="100"/>
      </w:pPr>
      <w:r>
        <w:rPr>
          <w:rFonts w:ascii="Aptos" w:hAnsi="Aptos"/>
          <w:b/>
          <w:i w:val="0"/>
          <w:color w:val="000000"/>
          <w:sz w:val="24"/>
        </w:rPr>
        <w:t>Family Stories and Memories</w:t>
      </w:r>
    </w:p>
    <w:p>
      <w:pPr>
        <w:spacing w:after="100"/>
      </w:pPr>
      <w:r>
        <w:t>[Write a story, tradition, migration account, achievement or memory here.]</w:t>
      </w:r>
    </w:p>
    <w:p>
      <w:pPr>
        <w:spacing w:after="100"/>
      </w:pPr>
      <w:r>
        <w:t>[Add the source or person who shared this information.]</w:t>
      </w:r>
    </w:p>
    <w:p>
      <w:pPr>
        <w:spacing w:before="160" w:after="100"/>
      </w:pPr>
      <w:r>
        <w:rPr>
          <w:rFonts w:ascii="Aptos" w:hAnsi="Aptos"/>
          <w:b/>
          <w:i w:val="0"/>
          <w:color w:val="000000"/>
          <w:sz w:val="24"/>
        </w:rPr>
        <w:t>Photos and Documents to Add</w:t>
      </w:r>
    </w:p>
    <w:p>
      <w:pPr>
        <w:spacing w:after="100"/>
      </w:pPr>
      <w:r>
        <w:t>[Photo or document description]</w:t>
      </w:r>
    </w:p>
    <w:p>
      <w:pPr>
        <w:spacing w:after="100"/>
      </w:pPr>
      <w:r>
        <w:t>[Person, date, location and source]</w:t>
      </w:r>
    </w:p>
    <w:sectPr w:rsidR="00FC693F" w:rsidRPr="0006063C" w:rsidSect="00034616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Family History Book Template</dc:title>
  <dc:subject/>
  <dc:creator>Word Excel Templates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