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 Display" w:hAnsi="Aptos Display"/>
          <w:b/>
          <w:i w:val="0"/>
          <w:color w:val="000000"/>
          <w:sz w:val="44"/>
        </w:rPr>
        <w:t>Fee Concession Application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A formal request for reduced or waived educational fees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STUDENT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[Student Full Name]</w:t>
              <w:br/>
              <w:t>[Class Program and Roll Number]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[Month Day Year]</w:t>
            </w:r>
          </w:p>
        </w:tc>
      </w:tr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INSTITUTION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[School College or University]</w:t>
              <w:br/>
              <w:t>[Address]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REQUEST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Fee Concession for [Term or Year]</w:t>
            </w:r>
          </w:p>
        </w:tc>
      </w:tr>
    </w:tbl>
    <w:p>
      <w:pPr>
        <w:spacing w:after="0"/>
      </w:pPr>
    </w:p>
    <w:p>
      <w:pPr>
        <w:spacing w:after="140" w:line="259" w:lineRule="auto"/>
      </w:pPr>
      <w:r>
        <w:t>Dear [Principal, Registrar, or Authorized Officer],</w:t>
      </w:r>
    </w:p>
    <w:p>
      <w:pPr>
        <w:spacing w:after="140" w:line="259" w:lineRule="auto"/>
      </w:pPr>
      <w:r>
        <w:t>I respectfully request a [full or partial] fee concession for [term, semester, or academic year]. I am enrolled in [class or program] under roll number [number].</w:t>
      </w:r>
    </w:p>
    <w:p>
      <w:pPr>
        <w:spacing w:after="140" w:line="259" w:lineRule="auto"/>
      </w:pPr>
      <w:r>
        <w:t>My family is currently experiencing [brief factual explanation of financial circumstances]. As a result, paying the full fee by the stated deadline would cause significant difficulty.</w:t>
      </w:r>
    </w:p>
    <w:p>
      <w:pPr>
        <w:spacing w:after="140" w:line="259" w:lineRule="auto"/>
      </w:pPr>
      <w:r>
        <w:t>I remain committed to my studies and have maintained [attendance, grades, conduct, or other relevant record]. Supporting documents are attached where required.</w:t>
      </w:r>
    </w:p>
    <w:p>
      <w:pPr>
        <w:spacing w:after="140" w:line="259" w:lineRule="auto"/>
      </w:pPr>
      <w:r>
        <w:t>I kindly ask you to consider reducing, waiving, or allowing an installment arrangement for the applicable fee. Thank you for reviewing my request.</w:t>
      </w:r>
    </w:p>
    <w:p>
      <w:pPr>
        <w:spacing w:after="140" w:line="259" w:lineRule="auto"/>
      </w:pPr>
      <w:r>
        <w:t>Yours faithfully,</w:t>
      </w:r>
    </w:p>
    <w:p>
      <w:pPr>
        <w:spacing w:after="140" w:line="259" w:lineRule="auto"/>
      </w:pPr>
      <w:r>
        <w:t>[Student Full Name]</w:t>
      </w:r>
    </w:p>
    <w:p>
      <w:pPr>
        <w:spacing w:after="140" w:line="259" w:lineRule="auto"/>
      </w:pPr>
      <w:r>
        <w:t>[Parent or Guardian Name and Signature if required]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77777"/>
        <w:sz w:val="16"/>
      </w:rPr>
      <w:t>Editable Word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 Concession Application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