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Fee Reduction Application Template</w:t>
      </w:r>
    </w:p>
    <w:p>
      <w:pPr>
        <w:spacing w:after="160"/>
      </w:pPr>
      <w:r>
        <w:rPr>
          <w:rFonts w:ascii="Arial" w:hAnsi="Arial"/>
          <w:sz w:val="22"/>
        </w:rPr>
        <w:t>[Student Name]</w:t>
      </w:r>
    </w:p>
    <w:p>
      <w:pPr>
        <w:spacing w:after="160"/>
      </w:pPr>
      <w:r>
        <w:rPr>
          <w:rFonts w:ascii="Arial" w:hAnsi="Arial"/>
          <w:sz w:val="22"/>
        </w:rPr>
        <w:t>[Class or Program]  |  [Student ID]</w:t>
      </w:r>
    </w:p>
    <w:p>
      <w:pPr>
        <w:spacing w:after="160"/>
      </w:pPr>
      <w:r>
        <w:rPr>
          <w:rFonts w:ascii="Arial" w:hAnsi="Arial"/>
          <w:sz w:val="22"/>
        </w:rPr>
        <w:t>[Date]</w:t>
      </w:r>
    </w:p>
    <w:p>
      <w:pPr>
        <w:spacing w:after="160"/>
      </w:pPr>
      <w:r>
        <w:rPr>
          <w:rFonts w:ascii="Arial" w:hAnsi="Arial"/>
          <w:sz w:val="22"/>
        </w:rPr>
        <w:t>To: [Principal, Registrar, or Accounts Office]</w:t>
      </w:r>
    </w:p>
    <w:p>
      <w:pPr>
        <w:spacing w:after="160"/>
      </w:pPr>
      <w:r>
        <w:rPr>
          <w:rFonts w:ascii="Arial" w:hAnsi="Arial"/>
          <w:b/>
          <w:color w:val="5B2C6F"/>
          <w:sz w:val="22"/>
        </w:rPr>
        <w:t>Subject: Request for Fee Reduction</w:t>
      </w:r>
    </w:p>
    <w:p>
      <w:pPr>
        <w:spacing w:after="160"/>
      </w:pPr>
      <w:r>
        <w:rPr>
          <w:rFonts w:ascii="Arial" w:hAnsi="Arial"/>
          <w:sz w:val="22"/>
        </w:rPr>
        <w:t>Dear Sir or Madam,</w:t>
      </w:r>
    </w:p>
    <w:p>
      <w:pPr>
        <w:spacing w:after="160"/>
      </w:pPr>
      <w:r>
        <w:rPr>
          <w:rFonts w:ascii="Arial" w:hAnsi="Arial"/>
          <w:sz w:val="22"/>
        </w:rPr>
        <w:t>I respectfully request a reduction in the [tuition or specified fee] for [term or academic year]. My family is currently experiencing [brief factual reason], which has made it difficult to pay the full amount by the required date.</w:t>
      </w:r>
    </w:p>
    <w:p>
      <w:pPr>
        <w:spacing w:after="160"/>
      </w:pPr>
      <w:r>
        <w:rPr>
          <w:rFonts w:ascii="Arial" w:hAnsi="Arial"/>
          <w:sz w:val="22"/>
        </w:rPr>
        <w:t>I request consideration for a reduction of [amount or percentage]. I have attached [supporting documents]. I understand that approval is subject to the institution's policy and am available to provide further information.</w:t>
      </w:r>
    </w:p>
    <w:p>
      <w:pPr>
        <w:spacing w:after="160"/>
      </w:pPr>
      <w:r>
        <w:rPr>
          <w:rFonts w:ascii="Arial" w:hAnsi="Arial"/>
          <w:sz w:val="22"/>
        </w:rPr>
        <w:t>Sincerely,</w:t>
      </w:r>
    </w:p>
    <w:p>
      <w:pPr>
        <w:spacing w:after="160"/>
      </w:pPr>
      <w:r>
        <w:rPr>
          <w:rFonts w:ascii="Arial" w:hAnsi="Arial"/>
          <w:sz w:val="22"/>
        </w:rPr>
        <w:t>[Student or Parent Name]</w:t>
      </w:r>
    </w:p>
    <w:p>
      <w:pPr>
        <w:spacing w:after="160"/>
      </w:pPr>
      <w:r>
        <w:rPr>
          <w:rFonts w:ascii="Arial" w:hAnsi="Arial"/>
          <w:sz w:val="22"/>
        </w:rPr>
        <w:t>[Signature and Contact Number]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