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Guest Invitation List Template</w:t>
      </w:r>
    </w:p>
    <w:p>
      <w:pPr>
        <w:jc w:val="center"/>
      </w:pPr>
      <w:r>
        <w:rPr>
          <w:i/>
        </w:rPr>
        <w:t>Use this printable guest list to organize invitations, RSVPs, contact details, and attendance for any event.</w:t>
      </w:r>
    </w:p>
    <w:p>
      <w:pPr>
        <w:pStyle w:val="Heading1"/>
      </w:pPr>
      <w:r>
        <w:t>Event Information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r>
              <w:t>Event Name:</w:t>
            </w:r>
          </w:p>
        </w:tc>
        <w:tc>
          <w:tcPr>
            <w:tcW w:type="dxa" w:w="2592"/>
            <w:vAlign w:val="center"/>
          </w:tcPr>
          <w:p>
            <w:r/>
          </w:p>
        </w:tc>
        <w:tc>
          <w:tcPr>
            <w:tcW w:type="dxa" w:w="2592"/>
            <w:vAlign w:val="center"/>
          </w:tcPr>
          <w:p>
            <w:r>
              <w:t>Event Date:</w:t>
            </w:r>
          </w:p>
        </w:tc>
        <w:tc>
          <w:tcPr>
            <w:tcW w:type="dxa" w:w="2592"/>
            <w:vAlign w:val="center"/>
          </w:tcPr>
          <w:p>
            <w:r/>
          </w:p>
        </w:tc>
      </w:tr>
      <w:tr>
        <w:tc>
          <w:tcPr>
            <w:tcW w:type="dxa" w:w="2592"/>
            <w:vAlign w:val="center"/>
          </w:tcPr>
          <w:p>
            <w:r>
              <w:t>Venue:</w:t>
            </w:r>
          </w:p>
        </w:tc>
        <w:tc>
          <w:tcPr>
            <w:tcW w:type="dxa" w:w="2592"/>
            <w:vAlign w:val="center"/>
          </w:tcPr>
          <w:p>
            <w:r/>
          </w:p>
        </w:tc>
        <w:tc>
          <w:tcPr>
            <w:tcW w:type="dxa" w:w="2592"/>
            <w:vAlign w:val="center"/>
          </w:tcPr>
          <w:p>
            <w:r>
              <w:t>Host/Organizer:</w:t>
            </w:r>
          </w:p>
        </w:tc>
        <w:tc>
          <w:tcPr>
            <w:tcW w:type="dxa" w:w="2592"/>
            <w:vAlign w:val="center"/>
          </w:tcPr>
          <w:p>
            <w:r/>
          </w:p>
        </w:tc>
      </w:tr>
      <w:tr>
        <w:tc>
          <w:tcPr>
            <w:tcW w:type="dxa" w:w="2592"/>
            <w:vAlign w:val="center"/>
          </w:tcPr>
          <w:p>
            <w:r>
              <w:t>RSVP Deadline:</w:t>
            </w:r>
          </w:p>
        </w:tc>
        <w:tc>
          <w:tcPr>
            <w:tcW w:type="dxa" w:w="2592"/>
            <w:vAlign w:val="center"/>
          </w:tcPr>
          <w:p>
            <w:r/>
          </w:p>
        </w:tc>
        <w:tc>
          <w:tcPr>
            <w:tcW w:type="dxa" w:w="2592"/>
            <w:vAlign w:val="center"/>
          </w:tcPr>
          <w:p>
            <w:r>
              <w:t>Contact:</w:t>
            </w:r>
          </w:p>
        </w:tc>
        <w:tc>
          <w:tcPr>
            <w:tcW w:type="dxa" w:w="2592"/>
            <w:vAlign w:val="center"/>
          </w:tcPr>
          <w:p>
            <w:r/>
          </w:p>
        </w:tc>
      </w:tr>
    </w:tbl>
    <w:p>
      <w:pPr>
        <w:pStyle w:val="Heading1"/>
      </w:pPr>
      <w:r>
        <w:t>Guest Invitation 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>
        <w:tc>
          <w:tcPr>
            <w:tcW w:type="dxa" w:w="1296"/>
          </w:tcPr>
          <w:p>
            <w:r>
              <w:rPr>
                <w:b/>
              </w:rPr>
              <w:t>No.</w:t>
            </w:r>
          </w:p>
        </w:tc>
        <w:tc>
          <w:tcPr>
            <w:tcW w:type="dxa" w:w="1296"/>
          </w:tcPr>
          <w:p>
            <w:r>
              <w:rPr>
                <w:b/>
              </w:rPr>
              <w:t>Guest Name</w:t>
            </w:r>
          </w:p>
        </w:tc>
        <w:tc>
          <w:tcPr>
            <w:tcW w:type="dxa" w:w="1296"/>
          </w:tcPr>
          <w:p>
            <w:r>
              <w:rPr>
                <w:b/>
              </w:rPr>
              <w:t>Contact / Email</w:t>
            </w:r>
          </w:p>
        </w:tc>
        <w:tc>
          <w:tcPr>
            <w:tcW w:type="dxa" w:w="1296"/>
          </w:tcPr>
          <w:p>
            <w:r>
              <w:rPr>
                <w:b/>
              </w:rPr>
              <w:t>Invitation Sent</w:t>
            </w:r>
          </w:p>
        </w:tc>
        <w:tc>
          <w:tcPr>
            <w:tcW w:type="dxa" w:w="1296"/>
          </w:tcPr>
          <w:p>
            <w:r>
              <w:rPr>
                <w:b/>
              </w:rPr>
              <w:t>RSVP</w:t>
            </w:r>
          </w:p>
        </w:tc>
        <w:tc>
          <w:tcPr>
            <w:tcW w:type="dxa" w:w="1296"/>
          </w:tcPr>
          <w:p>
            <w:r>
              <w:rPr>
                <w:b/>
              </w:rPr>
              <w:t>Guests / Plus One</w:t>
            </w:r>
          </w:p>
        </w:tc>
        <w:tc>
          <w:tcPr>
            <w:tcW w:type="dxa" w:w="1296"/>
          </w:tcPr>
          <w:p>
            <w:r>
              <w:rPr>
                <w:b/>
              </w:rPr>
              <w:t>Meal / Notes</w:t>
            </w:r>
          </w:p>
        </w:tc>
        <w:tc>
          <w:tcPr>
            <w:tcW w:type="dxa" w:w="1296"/>
          </w:tcPr>
          <w:p>
            <w:r>
              <w:rPr>
                <w:b/>
              </w:rPr>
              <w:t>Attendance</w:t>
            </w:r>
          </w:p>
        </w:tc>
      </w:tr>
      <w:tr>
        <w:tc>
          <w:tcPr>
            <w:tcW w:type="dxa" w:w="1296"/>
            <w:vAlign w:val="center"/>
          </w:tcPr>
          <w:p>
            <w:r>
              <w:t>1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2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3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4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5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6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7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8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9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10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11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12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13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14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15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16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17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18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19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20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21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22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23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24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  <w:tr>
        <w:tc>
          <w:tcPr>
            <w:tcW w:type="dxa" w:w="1296"/>
            <w:vAlign w:val="center"/>
          </w:tcPr>
          <w:p>
            <w:r>
              <w:t>25</w:t>
            </w:r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  <w:tc>
          <w:tcPr>
            <w:tcW w:type="dxa" w:w="1296"/>
            <w:vAlign w:val="center"/>
          </w:tcPr>
          <w:p>
            <w:r/>
          </w:p>
        </w:tc>
      </w:tr>
    </w:tbl>
    <w:p>
      <w:pPr>
        <w:pStyle w:val="Heading1"/>
      </w:pPr>
      <w:r>
        <w:t>RSVP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Invited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Invitations Sent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Yes</w:t>
            </w:r>
          </w:p>
        </w:tc>
        <w:tc>
          <w:tcPr>
            <w:tcW w:type="dxa" w:w="1728"/>
          </w:tcPr>
          <w:p>
            <w:r>
              <w:rPr>
                <w:b/>
              </w:rPr>
              <w:t>No</w:t>
            </w:r>
          </w:p>
        </w:tc>
        <w:tc>
          <w:tcPr>
            <w:tcW w:type="dxa" w:w="1728"/>
          </w:tcPr>
          <w:p>
            <w:r>
              <w:rPr>
                <w:b/>
              </w:rPr>
              <w:t>Pending</w:t>
            </w:r>
          </w:p>
        </w:tc>
        <w:tc>
          <w:tcPr>
            <w:tcW w:type="dxa" w:w="1728"/>
          </w:tcPr>
          <w:p>
            <w:r>
              <w:rPr>
                <w:b/>
              </w:rPr>
              <w:t>Total Attending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>
      <w:pPr>
        <w:pStyle w:val="Heading1"/>
      </w:pPr>
      <w:r>
        <w:t>Notes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Tip: Update the RSVP and attendance columns regularly so you always have an accurate guest count for seating, meals, favors, and event planning.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