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  <w:jc w:val="center"/>
      </w:pPr>
      <w:r>
        <w:rPr>
          <w:rFonts w:ascii="Aptos Display" w:hAnsi="Aptos Display"/>
          <w:b/>
          <w:i w:val="0"/>
          <w:color w:val="000000"/>
          <w:sz w:val="44"/>
        </w:rPr>
        <w:t>Job Offer Acceptance Letter Template</w:t>
      </w:r>
    </w:p>
    <w:p>
      <w:pPr>
        <w:spacing w:after="240"/>
        <w:jc w:val="center"/>
      </w:pPr>
      <w:r>
        <w:rPr>
          <w:rFonts w:ascii="Aptos" w:hAnsi="Aptos"/>
          <w:b w:val="0"/>
          <w:i/>
          <w:color w:val="555555"/>
          <w:sz w:val="18"/>
        </w:rPr>
        <w:t>A professional confirmation of employment terms and start date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APPLICANT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[Your Full Name]</w:t>
              <w:br/>
              <w:t>[Email]</w:t>
              <w:br/>
              <w:t>[Phone]</w:t>
            </w:r>
          </w:p>
        </w:tc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DATE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[Month Day Year]</w:t>
            </w:r>
          </w:p>
        </w:tc>
      </w:tr>
      <w:tr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EMPLOYER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[Hiring Manager]</w:t>
              <w:br/>
              <w:t>[Company Name]</w:t>
            </w:r>
          </w:p>
        </w:tc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POSITION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[Job Title]</w:t>
            </w:r>
          </w:p>
        </w:tc>
      </w:tr>
    </w:tbl>
    <w:p>
      <w:pPr>
        <w:spacing w:after="0"/>
      </w:pPr>
    </w:p>
    <w:p>
      <w:pPr>
        <w:spacing w:after="140" w:line="259" w:lineRule="auto"/>
      </w:pPr>
      <w:r>
        <w:t>Dear [Hiring Manager Name],</w:t>
      </w:r>
    </w:p>
    <w:p>
      <w:pPr>
        <w:spacing w:after="140" w:line="259" w:lineRule="auto"/>
      </w:pPr>
      <w:r>
        <w:t>Thank you for offering me the position of [Job Title] with [Company Name]. I am pleased to formally accept the offer.</w:t>
      </w:r>
    </w:p>
    <w:p>
      <w:pPr>
        <w:spacing w:after="140" w:line="259" w:lineRule="auto"/>
      </w:pPr>
      <w:r>
        <w:t>As discussed, my start date will be [Start Date], my starting salary will be [Salary and Payment Period], and [briefly note any other important confirmed term, if appropriate].</w:t>
      </w:r>
    </w:p>
    <w:p>
      <w:pPr>
        <w:spacing w:after="140" w:line="259" w:lineRule="auto"/>
      </w:pPr>
      <w:r>
        <w:t>I appreciate the opportunity to join the team and contribute to [department, project, or company goal]. Please let me know whether you need any documents or information from me before my first day.</w:t>
      </w:r>
    </w:p>
    <w:p>
      <w:pPr>
        <w:spacing w:after="140" w:line="259" w:lineRule="auto"/>
      </w:pPr>
      <w:r>
        <w:t>Thank you again. I look forward to working with you and the team.</w:t>
      </w:r>
    </w:p>
    <w:p>
      <w:pPr>
        <w:spacing w:after="140" w:line="259" w:lineRule="auto"/>
      </w:pPr>
      <w:r>
        <w:t>Sincerely,</w:t>
      </w:r>
    </w:p>
    <w:p>
      <w:pPr>
        <w:spacing w:after="140" w:line="259" w:lineRule="auto"/>
      </w:pPr>
      <w:r>
        <w:t>[Your Full Name]</w:t>
      </w:r>
    </w:p>
    <w:sectPr w:rsidR="00FC693F" w:rsidRPr="0006063C" w:rsidSect="00034616">
      <w:footerReference w:type="default" r:id="rId9"/>
      <w:pgSz w:w="12240" w:h="15840"/>
      <w:pgMar w:top="893" w:right="1123" w:bottom="89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777777"/>
        <w:sz w:val="16"/>
      </w:rPr>
      <w:t>Editable Word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Offer Acceptance Letter Template</dc:title>
  <dc:subject/>
  <dc:creator>Word Excel Templates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