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Maintenance Service Proposal Template</w:t>
      </w:r>
    </w:p>
    <w:p>
      <w:r>
        <w:rPr>
          <w:i/>
          <w:color w:val="555555"/>
        </w:rPr>
        <w:t>Recurring maintenance proposal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by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[Business or consultant name]</w:t>
            </w:r>
          </w:p>
        </w:tc>
        <w:tc>
          <w:tcPr>
            <w:tcW w:type="dxa" w:w="252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Prepared for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[Recipient or organization]</w:t>
            </w:r>
          </w:p>
        </w:tc>
      </w:tr>
      <w:tr>
        <w:tc>
          <w:tcPr>
            <w:tcW w:type="dxa" w:w="252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[Month Day Year]</w:t>
            </w:r>
          </w:p>
        </w:tc>
        <w:tc>
          <w:tcPr>
            <w:tcW w:type="dxa" w:w="252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Service location</w:t>
            </w:r>
          </w:p>
        </w:tc>
        <w:tc>
          <w:tcPr>
            <w:tcW w:type="dxa" w:w="252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[Enter amount or client]</w:t>
            </w:r>
          </w:p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/>
    <w:p>
      <w:pPr>
        <w:pStyle w:val="Heading1"/>
      </w:pPr>
      <w:r>
        <w:rPr>
          <w:color w:val="000000"/>
        </w:rPr>
        <w:t>Purpose and instructions</w:t>
      </w:r>
    </w:p>
    <w:p>
      <w:r>
        <w:t>Use this editable proposal to present a clear recurring maintenance proposal. Replace bracketed guidance with verified information, attach supporting records, and review every amount and commitment before submission.</w:t>
      </w:r>
    </w:p>
    <w:p>
      <w:pPr>
        <w:pStyle w:val="Heading1"/>
      </w:pPr>
      <w:r>
        <w:rPr>
          <w:color w:val="000000"/>
        </w:rPr>
        <w:t>Service requirements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Maintenance schedule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Item or activity</w:t>
            </w:r>
          </w:p>
        </w:tc>
        <w:tc>
          <w:tcPr>
            <w:tcW w:type="dxa" w:w="336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3360"/>
            <w:vAlign w:val="center"/>
            <w:shd w:fill="A64B00"/>
          </w:tcPr>
          <w:p>
            <w:r/>
            <w:r>
              <w:rPr>
                <w:rFonts w:ascii="Arial" w:hAnsi="Arial"/>
                <w:b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[Contract period 1]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[Contract period 2]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[Contract period 3]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  <w:tr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[Contract period 4]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[Explain the requirement, basis, or deliverable]</w:t>
            </w:r>
          </w:p>
        </w:tc>
        <w:tc>
          <w:tcPr>
            <w:tcW w:type="dxa" w:w="336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Pricing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Service terms</w:t>
      </w:r>
    </w:p>
    <w:p>
      <w:r>
        <w:t>[Describe the relevant facts, objective, approach, evidence, responsibilities, and measurable result. Keep statements specific and support financial figures with attached records.]</w:t>
      </w:r>
    </w:p>
    <w:p>
      <w:r>
        <w:t>• [Key point or requirement]</w:t>
        <w:br/>
        <w:t>• [Supporting detail]</w:t>
        <w:br/>
        <w:t>• [Expected outcome or approval needed]</w:t>
      </w:r>
    </w:p>
    <w:p>
      <w:pPr>
        <w:pStyle w:val="Heading1"/>
      </w:pPr>
      <w:r>
        <w:rPr>
          <w:color w:val="000000"/>
        </w:rPr>
        <w:t>Approval and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5040"/>
      </w:tblGrid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Prepared by: 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Accepted by: ____________________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rFonts w:ascii="Arial" w:hAnsi="Arial"/>
                <w:b w:val="0"/>
                <w:sz w:val="20"/>
              </w:rPr>
              <w:t>Date: __________________________</w:t>
            </w:r>
          </w:p>
        </w:tc>
      </w:tr>
    </w:tbl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