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color="047857"/>
        </w:pBdr>
      </w:pPr>
      <w:r>
        <w:t>One Time Donation Pledge Form Template</w:t>
      </w:r>
    </w:p>
    <w:p>
      <w:pPr>
        <w:pStyle w:val="Heading1"/>
        <w:spacing w:after="160"/>
      </w:pPr>
      <w:r>
        <w:rPr>
          <w:rFonts w:ascii="Arial" w:hAnsi="Arial"/>
          <w:b/>
          <w:color w:val="000000"/>
          <w:sz w:val="22"/>
        </w:rPr>
        <w:t>Donor information</w:t>
      </w:r>
    </w:p>
    <w:p>
      <w:pPr>
        <w:spacing w:after="160"/>
      </w:pPr>
      <w:r>
        <w:rPr>
          <w:rFonts w:ascii="Arial" w:hAnsi="Arial"/>
          <w:sz w:val="22"/>
        </w:rPr>
        <w:t>Donor name: [Full name or organization]</w:t>
      </w:r>
    </w:p>
    <w:p>
      <w:pPr>
        <w:spacing w:after="160"/>
      </w:pPr>
      <w:r>
        <w:rPr>
          <w:rFonts w:ascii="Arial" w:hAnsi="Arial"/>
          <w:sz w:val="22"/>
        </w:rPr>
        <w:t>Address: [Mailing address]</w:t>
      </w:r>
    </w:p>
    <w:p>
      <w:pPr>
        <w:spacing w:after="160"/>
      </w:pPr>
      <w:r>
        <w:rPr>
          <w:rFonts w:ascii="Arial" w:hAnsi="Arial"/>
          <w:sz w:val="22"/>
        </w:rPr>
        <w:t>Email and phone: [Contact details]</w:t>
      </w:r>
    </w:p>
    <w:p>
      <w:pPr>
        <w:pStyle w:val="Heading1"/>
        <w:spacing w:after="160"/>
      </w:pPr>
      <w:r>
        <w:rPr>
          <w:rFonts w:ascii="Arial" w:hAnsi="Arial"/>
          <w:b/>
          <w:color w:val="000000"/>
          <w:sz w:val="22"/>
        </w:rPr>
        <w:t>Pledge commitment</w:t>
      </w:r>
    </w:p>
    <w:p>
      <w:pPr>
        <w:spacing w:after="160"/>
      </w:pPr>
      <w:r>
        <w:rPr>
          <w:rFonts w:ascii="Arial" w:hAnsi="Arial"/>
          <w:sz w:val="22"/>
        </w:rPr>
        <w:t>I pledge a one-time donation of [amount] to [organization or campaign] for [purpose].</w:t>
      </w:r>
    </w:p>
    <w:p>
      <w:pPr>
        <w:spacing w:after="160"/>
      </w:pPr>
      <w:r>
        <w:rPr>
          <w:rFonts w:ascii="Arial" w:hAnsi="Arial"/>
          <w:sz w:val="22"/>
        </w:rPr>
        <w:t>Expected payment date: [Date]</w:t>
      </w:r>
    </w:p>
    <w:p>
      <w:pPr>
        <w:spacing w:after="160"/>
      </w:pPr>
      <w:r>
        <w:rPr>
          <w:rFonts w:ascii="Arial" w:hAnsi="Arial"/>
          <w:sz w:val="22"/>
        </w:rPr>
        <w:t>Payment method: [Check, bank transfer, card, or other]</w:t>
      </w:r>
    </w:p>
    <w:p>
      <w:pPr>
        <w:spacing w:after="160"/>
      </w:pPr>
      <w:r>
        <w:rPr>
          <w:rFonts w:ascii="Arial" w:hAnsi="Arial"/>
          <w:sz w:val="22"/>
        </w:rPr>
        <w:t>Recognition preference: [Public name, anonymous, or other]</w:t>
      </w:r>
    </w:p>
    <w:p>
      <w:pPr>
        <w:spacing w:after="160"/>
      </w:pPr>
      <w:r>
        <w:rPr>
          <w:rFonts w:ascii="Arial" w:hAnsi="Arial"/>
          <w:sz w:val="22"/>
        </w:rPr>
        <w:t>Donor signature: ____________________    Date: ____________________</w:t>
      </w:r>
    </w:p>
    <w:p>
      <w:pPr>
        <w:spacing w:after="160"/>
      </w:pPr>
      <w:r>
        <w:rPr>
          <w:rFonts w:ascii="Arial" w:hAnsi="Arial"/>
          <w:sz w:val="22"/>
        </w:rPr>
        <w:t>Authorized representative: _____________    Date: ____________________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