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color="0F766E"/>
        </w:pBdr>
      </w:pPr>
      <w:r>
        <w:t>Recurring Donation Pledge Form Template</w:t>
      </w:r>
    </w:p>
    <w:p>
      <w:pPr>
        <w:pStyle w:val="Heading1"/>
        <w:spacing w:after="160"/>
      </w:pPr>
      <w:r>
        <w:rPr>
          <w:rFonts w:ascii="Arial" w:hAnsi="Arial"/>
          <w:b/>
          <w:color w:val="000000"/>
          <w:sz w:val="22"/>
        </w:rPr>
        <w:t>Donor information</w:t>
      </w:r>
    </w:p>
    <w:p>
      <w:pPr>
        <w:spacing w:after="160"/>
      </w:pPr>
      <w:r>
        <w:rPr>
          <w:rFonts w:ascii="Arial" w:hAnsi="Arial"/>
          <w:sz w:val="22"/>
        </w:rPr>
        <w:t>Donor name: [Full name or organization]</w:t>
      </w:r>
    </w:p>
    <w:p>
      <w:pPr>
        <w:spacing w:after="160"/>
      </w:pPr>
      <w:r>
        <w:rPr>
          <w:rFonts w:ascii="Arial" w:hAnsi="Arial"/>
          <w:sz w:val="22"/>
        </w:rPr>
        <w:t>Address and contact details: [Information]</w:t>
      </w:r>
    </w:p>
    <w:p>
      <w:pPr>
        <w:pStyle w:val="Heading1"/>
        <w:spacing w:after="160"/>
      </w:pPr>
      <w:r>
        <w:rPr>
          <w:rFonts w:ascii="Arial" w:hAnsi="Arial"/>
          <w:b/>
          <w:color w:val="000000"/>
          <w:sz w:val="22"/>
        </w:rPr>
        <w:t>Recurring pledge</w:t>
      </w:r>
    </w:p>
    <w:p>
      <w:pPr>
        <w:spacing w:after="160"/>
      </w:pPr>
      <w:r>
        <w:rPr>
          <w:rFonts w:ascii="Arial" w:hAnsi="Arial"/>
          <w:sz w:val="22"/>
        </w:rPr>
        <w:t>Amount per payment: [Amount]</w:t>
      </w:r>
    </w:p>
    <w:p>
      <w:pPr>
        <w:spacing w:after="160"/>
      </w:pPr>
      <w:r>
        <w:rPr>
          <w:rFonts w:ascii="Arial" w:hAnsi="Arial"/>
          <w:sz w:val="22"/>
        </w:rPr>
        <w:t>Frequency: [Monthly, quarterly, or annually]</w:t>
      </w:r>
    </w:p>
    <w:p>
      <w:pPr>
        <w:spacing w:after="160"/>
      </w:pPr>
      <w:r>
        <w:rPr>
          <w:rFonts w:ascii="Arial" w:hAnsi="Arial"/>
          <w:sz w:val="22"/>
        </w:rPr>
        <w:t>Start date: [Date]    End date or number of payments: [Details]</w:t>
      </w:r>
    </w:p>
    <w:p>
      <w:pPr>
        <w:spacing w:after="160"/>
      </w:pPr>
      <w:r>
        <w:rPr>
          <w:rFonts w:ascii="Arial" w:hAnsi="Arial"/>
          <w:sz w:val="22"/>
        </w:rPr>
        <w:t>Designation: [Program, fund, or unrestricted]</w:t>
      </w:r>
    </w:p>
    <w:p>
      <w:pPr>
        <w:spacing w:after="160"/>
      </w:pPr>
      <w:r>
        <w:rPr>
          <w:rFonts w:ascii="Arial" w:hAnsi="Arial"/>
          <w:sz w:val="22"/>
        </w:rPr>
        <w:t>Payment arrangement: [Approved method and instructions]</w:t>
      </w:r>
    </w:p>
    <w:p>
      <w:pPr>
        <w:spacing w:after="160"/>
      </w:pPr>
      <w:r>
        <w:rPr>
          <w:rFonts w:ascii="Arial" w:hAnsi="Arial"/>
          <w:sz w:val="22"/>
        </w:rPr>
        <w:t>Donor signature: ____________________    Date: ____________________</w:t>
      </w:r>
    </w:p>
    <w:p>
      <w:pPr>
        <w:spacing w:after="160"/>
      </w:pPr>
      <w:r>
        <w:rPr>
          <w:rFonts w:ascii="Arial" w:hAnsi="Arial"/>
          <w:sz w:val="22"/>
        </w:rPr>
        <w:t>Organization acceptance: ______________    Date: ____________________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