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60"/>
        <w:jc w:val="center"/>
      </w:pPr>
      <w:r>
        <w:rPr>
          <w:rFonts w:ascii="Aptos Display" w:hAnsi="Aptos Display"/>
          <w:b/>
          <w:color w:val="000000"/>
          <w:sz w:val="46"/>
        </w:rPr>
        <w:t>Resignation Letter Template</w:t>
      </w:r>
    </w:p>
    <w:p>
      <w:pPr>
        <w:spacing w:after="240"/>
        <w:jc w:val="center"/>
      </w:pPr>
      <w:r>
        <w:rPr>
          <w:i/>
          <w:color w:val="505050"/>
          <w:sz w:val="18"/>
        </w:rPr>
        <w:t>Replace all bracketed text before submitting the letter</w:t>
      </w:r>
    </w:p>
    <w:tbl>
      <w:tblPr>
        <w:tblW w:type="auto" w:w="0"/>
        <w:jc w:val="center"/>
        <w:tblLayout w:type="fixed"/>
        <w:tblLook w:firstColumn="1" w:firstRow="1" w:lastColumn="0" w:lastRow="0" w:noHBand="0" w:noVBand="1" w:val="04A0"/>
      </w:tblPr>
      <w:tblGrid>
        <w:gridCol w:w="4824"/>
        <w:gridCol w:w="4824"/>
      </w:tblGrid>
      <w:tr>
        <w:tc>
          <w:tcPr>
            <w:tcW w:type="dxa" w:w="4824"/>
            <w:vAlign w:val="center"/>
            <w:shd w:fill="F3F6F8"/>
            <w:tcMar>
              <w:top w:w="110" w:type="dxa"/>
              <w:left w:w="110" w:type="dxa"/>
              <w:bottom w:w="110" w:type="dxa"/>
              <w:right w:w="110" w:type="dxa"/>
            </w:tcMar>
          </w:tcPr>
          <w:p>
            <w:pPr>
              <w:spacing w:after="40"/>
            </w:pPr>
            <w:r>
              <w:rPr>
                <w:b/>
                <w:color w:val="274C77"/>
                <w:sz w:val="16"/>
              </w:rPr>
              <w:t>YOUR DETAILS</w:t>
            </w:r>
          </w:p>
          <w:p>
            <w:pPr>
              <w:spacing w:after="0"/>
            </w:pPr>
            <w:r>
              <w:rPr>
                <w:sz w:val="19"/>
              </w:rPr>
              <w:t>[Your Full Name]</w:t>
              <w:br/>
              <w:t>[Job Title]</w:t>
              <w:br/>
              <w:t>[Email Address]</w:t>
              <w:br/>
              <w:t>[Phone Number]</w:t>
            </w:r>
          </w:p>
        </w:tc>
        <w:tc>
          <w:tcPr>
            <w:tcW w:type="dxa" w:w="4824"/>
            <w:vAlign w:val="center"/>
            <w:shd w:fill="F3F6F8"/>
            <w:tcMar>
              <w:top w:w="110" w:type="dxa"/>
              <w:left w:w="110" w:type="dxa"/>
              <w:bottom w:w="110" w:type="dxa"/>
              <w:right w:w="110" w:type="dxa"/>
            </w:tcMar>
          </w:tcPr>
          <w:p>
            <w:pPr>
              <w:spacing w:after="40"/>
            </w:pPr>
            <w:r>
              <w:rPr>
                <w:b/>
                <w:color w:val="274C77"/>
                <w:sz w:val="16"/>
              </w:rPr>
              <w:t>DATE</w:t>
            </w:r>
          </w:p>
          <w:p>
            <w:pPr>
              <w:spacing w:after="0"/>
            </w:pPr>
            <w:r>
              <w:rPr>
                <w:sz w:val="19"/>
              </w:rPr>
              <w:t>[Month Day Year]</w:t>
            </w:r>
          </w:p>
        </w:tc>
      </w:tr>
      <w:tr>
        <w:tc>
          <w:tcPr>
            <w:tcW w:type="dxa" w:w="4824"/>
            <w:vAlign w:val="center"/>
            <w:shd w:fill="F3F6F8"/>
            <w:tcMar>
              <w:top w:w="110" w:type="dxa"/>
              <w:left w:w="110" w:type="dxa"/>
              <w:bottom w:w="110" w:type="dxa"/>
              <w:right w:w="110" w:type="dxa"/>
            </w:tcMar>
          </w:tcPr>
          <w:p>
            <w:pPr>
              <w:spacing w:after="40"/>
            </w:pPr>
            <w:r>
              <w:rPr>
                <w:b/>
                <w:color w:val="274C77"/>
                <w:sz w:val="16"/>
              </w:rPr>
              <w:t>EMPLOYER DETAILS</w:t>
            </w:r>
          </w:p>
          <w:p>
            <w:pPr>
              <w:spacing w:after="0"/>
            </w:pPr>
            <w:r>
              <w:rPr>
                <w:sz w:val="19"/>
              </w:rPr>
              <w:t>[Manager's Full Name]</w:t>
              <w:br/>
              <w:t>[Manager's Job Title]</w:t>
              <w:br/>
              <w:t>[Company Name]</w:t>
              <w:br/>
              <w:t>[Company Address]</w:t>
            </w:r>
          </w:p>
        </w:tc>
        <w:tc>
          <w:tcPr>
            <w:tcW w:type="dxa" w:w="4824"/>
            <w:vAlign w:val="center"/>
            <w:shd w:fill="F3F6F8"/>
            <w:tcMar>
              <w:top w:w="110" w:type="dxa"/>
              <w:left w:w="110" w:type="dxa"/>
              <w:bottom w:w="110" w:type="dxa"/>
              <w:right w:w="110" w:type="dxa"/>
            </w:tcMar>
          </w:tcPr>
          <w:p>
            <w:pPr>
              <w:spacing w:after="40"/>
            </w:pPr>
            <w:r>
              <w:rPr>
                <w:b/>
                <w:color w:val="274C77"/>
                <w:sz w:val="16"/>
              </w:rPr>
              <w:t>LAST WORKING DAY</w:t>
            </w:r>
          </w:p>
          <w:p>
            <w:pPr>
              <w:spacing w:after="0"/>
            </w:pPr>
            <w:r>
              <w:rPr>
                <w:sz w:val="19"/>
              </w:rPr>
              <w:t>[Month Day Year]</w:t>
            </w:r>
          </w:p>
        </w:tc>
      </w:tr>
    </w:tbl>
    <w:p>
      <w:pPr>
        <w:spacing w:after="0"/>
      </w:pPr>
    </w:p>
    <w:p>
      <w:pPr>
        <w:spacing w:after="140" w:line="259" w:lineRule="auto"/>
      </w:pPr>
      <w:r>
        <w:t>Dear [Manager's Name],</w:t>
      </w:r>
    </w:p>
    <w:p>
      <w:pPr>
        <w:spacing w:after="140" w:line="259" w:lineRule="auto"/>
      </w:pPr>
      <w:r>
        <w:t>Please accept this letter as formal notice of my resignation from my position as [Job Title] at [Company Name]. My final working day will be [Last Working Day], in accordance with my required notice period.</w:t>
      </w:r>
    </w:p>
    <w:p>
      <w:pPr>
        <w:spacing w:after="140" w:line="259" w:lineRule="auto"/>
      </w:pPr>
      <w:r>
        <w:t>I appreciate the professional opportunities, experience, and support I have received during my time with the organization. Working with the team has contributed meaningfully to my professional development.</w:t>
      </w:r>
    </w:p>
    <w:p>
      <w:pPr>
        <w:spacing w:after="140" w:line="259" w:lineRule="auto"/>
      </w:pPr>
      <w:r>
        <w:t>I will make every reasonable effort to complete current responsibilities and support an orderly handover before my departure. Please let me know which tasks, documents, or training arrangements should be prioritized during the transition.</w:t>
      </w:r>
    </w:p>
    <w:p>
      <w:pPr>
        <w:spacing w:after="140" w:line="259" w:lineRule="auto"/>
      </w:pPr>
      <w:r>
        <w:t>Thank you for the opportunity to work at [Company Name]. I wish the organization and my colleagues continued success.</w:t>
      </w:r>
    </w:p>
    <w:p>
      <w:pPr>
        <w:spacing w:after="140" w:line="259" w:lineRule="auto"/>
      </w:pPr>
      <w:r>
        <w:t>Sincerely,</w:t>
      </w:r>
    </w:p>
    <w:p>
      <w:pPr>
        <w:spacing w:after="40"/>
      </w:pPr>
      <w:r>
        <w:rPr>
          <w:i/>
        </w:rPr>
        <w:t>[Signature if printed]</w:t>
      </w:r>
    </w:p>
    <w:p>
      <w:pPr>
        <w:spacing w:after="0"/>
      </w:pPr>
      <w:r>
        <w:rPr>
          <w:b/>
        </w:rPr>
        <w:t>[Your Full Name]</w:t>
      </w:r>
    </w:p>
    <w:sectPr w:rsidR="00FC693F" w:rsidRPr="0006063C" w:rsidSect="00034616">
      <w:footerReference w:type="default" r:id="rId9"/>
      <w:pgSz w:w="12240" w:h="15840"/>
      <w:pgMar w:top="893" w:right="1123" w:bottom="893"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Editable resignation letter template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Resignation Letter Template</dc:title>
  <dc:subject>Editable professional resignation letter</dc:subject>
  <dc:creator>Word Excel Templates</dc:creator>
  <cp:keywords/>
  <dc:description>generated by python-docx</dc:description>
  <cp:lastModifiedBy/>
  <cp:revision>1</cp:revision>
  <dcterms:created xsi:type="dcterms:W3CDTF">2013-12-23T23:15:00Z</dcterms:created>
  <dcterms:modified xsi:type="dcterms:W3CDTF">2013-12-23T23:15:00Z</dcterms:modified>
  <cp:category/>
</cp:coreProperties>
</file>