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School Fee Installment Request Template</w:t>
      </w:r>
    </w:p>
    <w:p>
      <w:pPr>
        <w:spacing w:after="160"/>
      </w:pPr>
      <w:r>
        <w:rPr>
          <w:rFonts w:ascii="Arial" w:hAnsi="Arial"/>
          <w:sz w:val="22"/>
        </w:rPr>
        <w:t>[Parent or Student Name]</w:t>
      </w:r>
    </w:p>
    <w:p>
      <w:pPr>
        <w:spacing w:after="160"/>
      </w:pPr>
      <w:r>
        <w:rPr>
          <w:rFonts w:ascii="Arial" w:hAnsi="Arial"/>
          <w:sz w:val="22"/>
        </w:rPr>
        <w:t>[Student ID and Class]</w:t>
      </w:r>
    </w:p>
    <w:p>
      <w:pPr>
        <w:spacing w:after="160"/>
      </w:pPr>
      <w:r>
        <w:rPr>
          <w:rFonts w:ascii="Arial" w:hAnsi="Arial"/>
          <w:sz w:val="22"/>
        </w:rPr>
        <w:t>[Date]</w:t>
      </w:r>
    </w:p>
    <w:p>
      <w:pPr>
        <w:spacing w:after="160"/>
      </w:pPr>
      <w:r>
        <w:rPr>
          <w:rFonts w:ascii="Arial" w:hAnsi="Arial"/>
          <w:sz w:val="22"/>
        </w:rPr>
        <w:t>To: [School Accounts Office]</w:t>
      </w:r>
    </w:p>
    <w:p>
      <w:pPr>
        <w:spacing w:after="160"/>
      </w:pPr>
      <w:r>
        <w:rPr>
          <w:rFonts w:ascii="Arial" w:hAnsi="Arial"/>
          <w:b/>
          <w:color w:val="9A3412"/>
          <w:sz w:val="22"/>
        </w:rPr>
        <w:t>Subject: Request to Pay Fees in Installments</w:t>
      </w:r>
    </w:p>
    <w:p>
      <w:pPr>
        <w:spacing w:after="160"/>
      </w:pPr>
      <w:r>
        <w:rPr>
          <w:rFonts w:ascii="Arial" w:hAnsi="Arial"/>
          <w:sz w:val="22"/>
        </w:rPr>
        <w:t>Dear Sir or Madam,</w:t>
      </w:r>
    </w:p>
    <w:p>
      <w:pPr>
        <w:spacing w:after="160"/>
      </w:pPr>
      <w:r>
        <w:rPr>
          <w:rFonts w:ascii="Arial" w:hAnsi="Arial"/>
          <w:sz w:val="22"/>
        </w:rPr>
        <w:t>I request permission to pay the outstanding fee of [amount] in installments because [brief reason]. I propose the following schedule: [amount] on [date], [amount] on [date], and the remaining [amount] on [date].</w:t>
      </w:r>
    </w:p>
    <w:p>
      <w:pPr>
        <w:spacing w:after="160"/>
      </w:pPr>
      <w:r>
        <w:rPr>
          <w:rFonts w:ascii="Arial" w:hAnsi="Arial"/>
          <w:sz w:val="22"/>
        </w:rPr>
        <w:t>I will follow the approved payment schedule and notify the office promptly if circumstances change. Please confirm whether any form, guarantee, or supporting document is required.</w:t>
      </w:r>
    </w:p>
    <w:p>
      <w:pPr>
        <w:spacing w:after="160"/>
      </w:pPr>
      <w:r>
        <w:rPr>
          <w:rFonts w:ascii="Arial" w:hAnsi="Arial"/>
          <w:sz w:val="22"/>
        </w:rPr>
        <w:t>Respectfully,</w:t>
      </w:r>
    </w:p>
    <w:p>
      <w:pPr>
        <w:spacing w:after="160"/>
      </w:pPr>
      <w:r>
        <w:rPr>
          <w:rFonts w:ascii="Arial" w:hAnsi="Arial"/>
          <w:sz w:val="22"/>
        </w:rPr>
        <w:t>[Name]</w:t>
      </w:r>
    </w:p>
    <w:p>
      <w:pPr>
        <w:spacing w:after="160"/>
      </w:pPr>
      <w:r>
        <w:rPr>
          <w:rFonts w:ascii="Arial" w:hAnsi="Arial"/>
          <w:sz w:val="22"/>
        </w:rPr>
        <w:t>[Signature and Contact Number]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