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BF94" w14:textId="77777777" w:rsidR="00615A8E" w:rsidRDefault="00000000">
      <w:pPr>
        <w:jc w:val="center"/>
      </w:pPr>
      <w:r>
        <w:rPr>
          <w:rFonts w:ascii="Georgia" w:hAnsi="Georgia"/>
          <w:b/>
          <w:color w:val="003366"/>
          <w:sz w:val="72"/>
        </w:rPr>
        <w:t>CERTIFICATE OF COMPLETION</w:t>
      </w:r>
      <w:r>
        <w:rPr>
          <w:rFonts w:ascii="Georgia" w:hAnsi="Georgia"/>
          <w:b/>
          <w:color w:val="003366"/>
          <w:sz w:val="72"/>
        </w:rPr>
        <w:br/>
      </w:r>
    </w:p>
    <w:p w14:paraId="62185D91" w14:textId="2FFF1EB0" w:rsidR="00615A8E" w:rsidRDefault="00000000">
      <w:pPr>
        <w:jc w:val="center"/>
      </w:pPr>
      <w:r>
        <w:rPr>
          <w:rFonts w:ascii="Arial" w:hAnsi="Arial"/>
          <w:i/>
          <w:color w:val="555555"/>
          <w:sz w:val="28"/>
        </w:rPr>
        <w:t>This is to proudly certify that</w:t>
      </w:r>
      <w:r>
        <w:rPr>
          <w:rFonts w:ascii="Arial" w:hAnsi="Arial"/>
          <w:i/>
          <w:color w:val="555555"/>
          <w:sz w:val="28"/>
        </w:rPr>
        <w:br/>
      </w:r>
    </w:p>
    <w:p w14:paraId="7E7DB698" w14:textId="7A07297E" w:rsidR="00615A8E" w:rsidRDefault="00000000" w:rsidP="00B26135">
      <w:pPr>
        <w:jc w:val="center"/>
      </w:pPr>
      <w:r>
        <w:rPr>
          <w:rFonts w:ascii="Arial Black" w:hAnsi="Arial Black"/>
          <w:color w:val="222222"/>
          <w:sz w:val="56"/>
        </w:rPr>
        <w:t>[PARTICIPANT NAME]</w:t>
      </w:r>
      <w:r>
        <w:rPr>
          <w:rFonts w:ascii="Arial Black" w:hAnsi="Arial Black"/>
          <w:color w:val="222222"/>
          <w:sz w:val="56"/>
        </w:rPr>
        <w:br/>
      </w:r>
      <w:r>
        <w:rPr>
          <w:rFonts w:ascii="Arial" w:hAnsi="Arial"/>
          <w:color w:val="555555"/>
          <w:sz w:val="28"/>
        </w:rPr>
        <w:t>has successfully completed the rigorous training requirements for:</w:t>
      </w:r>
      <w:r>
        <w:rPr>
          <w:rFonts w:ascii="Arial" w:hAnsi="Arial"/>
          <w:color w:val="555555"/>
          <w:sz w:val="28"/>
        </w:rPr>
        <w:br/>
      </w:r>
      <w:r>
        <w:rPr>
          <w:rFonts w:ascii="Arial" w:hAnsi="Arial"/>
          <w:color w:val="555555"/>
          <w:sz w:val="28"/>
        </w:rPr>
        <w:br/>
      </w:r>
      <w:r>
        <w:rPr>
          <w:rFonts w:ascii="Georgia" w:hAnsi="Georgia"/>
          <w:b/>
          <w:color w:val="003366"/>
          <w:sz w:val="44"/>
        </w:rPr>
        <w:t>"[COURSE OR TRAINING PROGRAM TITLE]"</w:t>
      </w:r>
      <w:r>
        <w:rPr>
          <w:rFonts w:ascii="Georgia" w:hAnsi="Georgia"/>
          <w:b/>
          <w:color w:val="003366"/>
          <w:sz w:val="44"/>
        </w:rPr>
        <w:br/>
      </w:r>
    </w:p>
    <w:p w14:paraId="37D2E559" w14:textId="77777777" w:rsidR="00615A8E" w:rsidRDefault="00000000">
      <w:pPr>
        <w:jc w:val="center"/>
      </w:pPr>
      <w:r>
        <w:rPr>
          <w:rFonts w:ascii="Arial" w:hAnsi="Arial"/>
          <w:color w:val="555555"/>
          <w:sz w:val="24"/>
        </w:rPr>
        <w:br/>
        <w:t>Awarded on this [Day] of [Month], [Year]</w:t>
      </w:r>
      <w:r>
        <w:rPr>
          <w:rFonts w:ascii="Arial" w:hAnsi="Arial"/>
          <w:color w:val="555555"/>
          <w:sz w:val="24"/>
        </w:rPr>
        <w:br/>
        <w:t>[Organization or Institution Name]</w:t>
      </w:r>
      <w:r>
        <w:rPr>
          <w:rFonts w:ascii="Arial" w:hAnsi="Arial"/>
          <w:color w:val="555555"/>
          <w:sz w:val="24"/>
        </w:rPr>
        <w:br/>
      </w:r>
    </w:p>
    <w:p w14:paraId="30B55230" w14:textId="77777777" w:rsidR="00615A8E" w:rsidRDefault="00000000">
      <w:r>
        <w:br/>
      </w:r>
      <w: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615A8E" w14:paraId="0C5915D3" w14:textId="77777777">
        <w:tc>
          <w:tcPr>
            <w:tcW w:w="4320" w:type="dxa"/>
          </w:tcPr>
          <w:p w14:paraId="371EC086" w14:textId="77777777" w:rsidR="00615A8E" w:rsidRDefault="00000000">
            <w:pPr>
              <w:jc w:val="center"/>
            </w:pPr>
            <w:r>
              <w:rPr>
                <w:b/>
              </w:rPr>
              <w:t>_______________________________</w:t>
            </w:r>
            <w:r>
              <w:rPr>
                <w:b/>
              </w:rPr>
              <w:br/>
            </w:r>
          </w:p>
        </w:tc>
        <w:tc>
          <w:tcPr>
            <w:tcW w:w="4320" w:type="dxa"/>
          </w:tcPr>
          <w:p w14:paraId="31CC9A4A" w14:textId="77777777" w:rsidR="00615A8E" w:rsidRDefault="00615A8E"/>
        </w:tc>
        <w:tc>
          <w:tcPr>
            <w:tcW w:w="4320" w:type="dxa"/>
          </w:tcPr>
          <w:p w14:paraId="1147D8E9" w14:textId="77777777" w:rsidR="00615A8E" w:rsidRDefault="00000000">
            <w:pPr>
              <w:jc w:val="center"/>
            </w:pPr>
            <w:r>
              <w:rPr>
                <w:b/>
              </w:rPr>
              <w:t>_______________________________</w:t>
            </w:r>
            <w:r>
              <w:rPr>
                <w:b/>
              </w:rPr>
              <w:br/>
            </w:r>
          </w:p>
        </w:tc>
      </w:tr>
      <w:tr w:rsidR="00615A8E" w14:paraId="2DD27988" w14:textId="77777777">
        <w:tc>
          <w:tcPr>
            <w:tcW w:w="4320" w:type="dxa"/>
          </w:tcPr>
          <w:p w14:paraId="50A6F573" w14:textId="77777777" w:rsidR="00615A8E" w:rsidRDefault="00000000">
            <w:pPr>
              <w:jc w:val="center"/>
            </w:pPr>
            <w:r>
              <w:rPr>
                <w:rFonts w:ascii="Arial" w:hAnsi="Arial"/>
              </w:rPr>
              <w:t>[Instructor Name]</w:t>
            </w:r>
            <w:r>
              <w:rPr>
                <w:rFonts w:ascii="Arial" w:hAnsi="Arial"/>
              </w:rPr>
              <w:br/>
              <w:t>Lead Trainer</w:t>
            </w:r>
          </w:p>
        </w:tc>
        <w:tc>
          <w:tcPr>
            <w:tcW w:w="4320" w:type="dxa"/>
          </w:tcPr>
          <w:p w14:paraId="302326A7" w14:textId="77777777" w:rsidR="00615A8E" w:rsidRDefault="00615A8E"/>
        </w:tc>
        <w:tc>
          <w:tcPr>
            <w:tcW w:w="4320" w:type="dxa"/>
          </w:tcPr>
          <w:p w14:paraId="4F8EA165" w14:textId="77777777" w:rsidR="00615A8E" w:rsidRDefault="00000000">
            <w:pPr>
              <w:jc w:val="center"/>
            </w:pPr>
            <w:r>
              <w:rPr>
                <w:rFonts w:ascii="Arial" w:hAnsi="Arial"/>
              </w:rPr>
              <w:t>[Director Name]</w:t>
            </w:r>
            <w:r>
              <w:rPr>
                <w:rFonts w:ascii="Arial" w:hAnsi="Arial"/>
              </w:rPr>
              <w:br/>
              <w:t>Program Director</w:t>
            </w:r>
          </w:p>
        </w:tc>
      </w:tr>
    </w:tbl>
    <w:p w14:paraId="7E8D2813" w14:textId="77777777" w:rsidR="00943F4E" w:rsidRDefault="00943F4E"/>
    <w:sectPr w:rsidR="00943F4E" w:rsidSect="00034616">
      <w:pgSz w:w="15840" w:h="122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18956">
    <w:abstractNumId w:val="8"/>
  </w:num>
  <w:num w:numId="2" w16cid:durableId="448742822">
    <w:abstractNumId w:val="6"/>
  </w:num>
  <w:num w:numId="3" w16cid:durableId="886573221">
    <w:abstractNumId w:val="5"/>
  </w:num>
  <w:num w:numId="4" w16cid:durableId="361829215">
    <w:abstractNumId w:val="4"/>
  </w:num>
  <w:num w:numId="5" w16cid:durableId="1094863560">
    <w:abstractNumId w:val="7"/>
  </w:num>
  <w:num w:numId="6" w16cid:durableId="451284328">
    <w:abstractNumId w:val="3"/>
  </w:num>
  <w:num w:numId="7" w16cid:durableId="1639073457">
    <w:abstractNumId w:val="2"/>
  </w:num>
  <w:num w:numId="8" w16cid:durableId="1777946153">
    <w:abstractNumId w:val="1"/>
  </w:num>
  <w:num w:numId="9" w16cid:durableId="41012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5DCA"/>
    <w:rsid w:val="00615A8E"/>
    <w:rsid w:val="00943F4E"/>
    <w:rsid w:val="00AA1D8D"/>
    <w:rsid w:val="00B2613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8D4E1"/>
  <w14:defaultImageDpi w14:val="300"/>
  <w15:docId w15:val="{17FD492D-50B1-4031-ADA0-244D4E45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Kashif Farooq</cp:lastModifiedBy>
  <cp:revision>3</cp:revision>
  <dcterms:created xsi:type="dcterms:W3CDTF">2013-12-23T23:15:00Z</dcterms:created>
  <dcterms:modified xsi:type="dcterms:W3CDTF">2026-09-07T07:13:00Z</dcterms:modified>
  <cp:category/>
</cp:coreProperties>
</file>