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60"/>
        </w:rPr>
        <w:t>CERTIFICATE OF TRAINING</w:t>
      </w:r>
    </w:p>
    <w:p>
      <w:pPr>
        <w:jc w:val="center"/>
      </w:pPr>
      <w:r>
        <w:rPr>
          <w:sz w:val="28"/>
        </w:rPr>
        <w:t>This certificate is proudly presented to</w:t>
      </w:r>
    </w:p>
    <w:p>
      <w:pPr>
        <w:jc w:val="center"/>
      </w:pPr>
      <w:r>
        <w:rPr>
          <w:b/>
          <w:sz w:val="50"/>
        </w:rPr>
        <w:t>[RECIPIENT NAME]</w:t>
      </w:r>
    </w:p>
    <w:p>
      <w:pPr>
        <w:jc w:val="center"/>
      </w:pPr>
      <w:r>
        <w:rPr>
          <w:sz w:val="28"/>
        </w:rPr>
        <w:t>for successfully completing the</w:t>
      </w:r>
    </w:p>
    <w:p>
      <w:pPr>
        <w:jc w:val="center"/>
      </w:pPr>
      <w:r>
        <w:rPr>
          <w:b/>
          <w:sz w:val="40"/>
        </w:rPr>
        <w:t>[TRAINING PROGRAM / COURSE NAME]</w:t>
      </w:r>
    </w:p>
    <w:p>
      <w:pPr>
        <w:jc w:val="center"/>
      </w:pPr>
      <w:r>
        <w:rPr>
          <w:sz w:val="26"/>
        </w:rPr>
        <w:t>conducted by [ORGANIZATION / TRAINING PROVIDER]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</w:tcPr>
          <w:p>
            <w:pPr>
              <w:jc w:val="center"/>
            </w:pPr>
            <w:r>
              <w:rPr>
                <w:b/>
              </w:rPr>
              <w:t>Training Duration</w:t>
            </w:r>
          </w:p>
        </w:tc>
        <w:tc>
          <w:tcPr>
            <w:tcW w:type="dxa" w:w="5040"/>
            <w:vAlign w:val="center"/>
          </w:tcPr>
          <w:p>
            <w:pPr>
              <w:jc w:val="center"/>
            </w:pPr>
            <w:r>
              <w:t>[Start Date – End Date]</w:t>
            </w:r>
          </w:p>
        </w:tc>
      </w:tr>
      <w:tr>
        <w:tc>
          <w:tcPr>
            <w:tcW w:type="dxa" w:w="5040"/>
            <w:vAlign w:val="center"/>
          </w:tcPr>
          <w:p>
            <w:pPr>
              <w:jc w:val="center"/>
            </w:pPr>
            <w:r>
              <w:rPr>
                <w:b/>
              </w:rPr>
              <w:t>Date of Completion</w:t>
            </w:r>
          </w:p>
        </w:tc>
        <w:tc>
          <w:tcPr>
            <w:tcW w:type="dxa" w:w="5040"/>
            <w:vAlign w:val="center"/>
          </w:tcPr>
          <w:p>
            <w:pPr>
              <w:jc w:val="center"/>
            </w:pPr>
            <w:r>
              <w:t>[Completion Date]</w:t>
            </w:r>
          </w:p>
        </w:tc>
      </w:tr>
      <w:tr>
        <w:tc>
          <w:tcPr>
            <w:tcW w:type="dxa" w:w="5040"/>
            <w:vAlign w:val="center"/>
          </w:tcPr>
          <w:p>
            <w:pPr>
              <w:jc w:val="center"/>
            </w:pPr>
            <w:r>
              <w:rPr>
                <w:b/>
              </w:rPr>
              <w:t>Certificate No.</w:t>
            </w:r>
          </w:p>
        </w:tc>
        <w:tc>
          <w:tcPr>
            <w:tcW w:type="dxa" w:w="5040"/>
            <w:vAlign w:val="center"/>
          </w:tcPr>
          <w:p>
            <w:pPr>
              <w:jc w:val="center"/>
            </w:pPr>
            <w:r>
              <w:t>[Certificate Number]</w:t>
            </w:r>
          </w:p>
        </w:tc>
      </w:tr>
    </w:tbl>
    <w:p>
      <w:pPr>
        <w:jc w:val="center"/>
      </w:pPr>
      <w:r>
        <w:rPr>
          <w:sz w:val="24"/>
        </w:rPr>
        <w:t>Awarded in recognition of successful participation and completion of the required training program.</w:t>
      </w:r>
    </w:p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</w:tcPr>
          <w:p>
            <w:pPr>
              <w:jc w:val="center"/>
            </w:pPr>
            <w:r>
              <w:t>____________________</w:t>
            </w:r>
          </w:p>
        </w:tc>
        <w:tc>
          <w:tcPr>
            <w:tcW w:type="dxa" w:w="3360"/>
          </w:tcPr>
          <w:p>
            <w:pPr>
              <w:jc w:val="center"/>
            </w:pPr>
            <w:r>
              <w:t>____________________</w:t>
            </w:r>
          </w:p>
        </w:tc>
        <w:tc>
          <w:tcPr>
            <w:tcW w:type="dxa" w:w="3360"/>
          </w:tcPr>
          <w:p>
            <w:pPr>
              <w:jc w:val="center"/>
            </w:pPr>
            <w:r>
              <w:t>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</w:tcPr>
          <w:p>
            <w:pPr>
              <w:jc w:val="center"/>
            </w:pPr>
            <w:r>
              <w:t>Trainer / Instructor</w:t>
            </w:r>
          </w:p>
        </w:tc>
        <w:tc>
          <w:tcPr>
            <w:tcW w:type="dxa" w:w="3360"/>
          </w:tcPr>
          <w:p>
            <w:pPr>
              <w:jc w:val="center"/>
            </w:pPr>
            <w:r>
              <w:t>Authorized Signature</w:t>
            </w:r>
          </w:p>
        </w:tc>
        <w:tc>
          <w:tcPr>
            <w:tcW w:type="dxa" w:w="3360"/>
          </w:tcPr>
          <w:p>
            <w:pPr>
              <w:jc w:val="center"/>
            </w:pPr>
            <w:r>
              <w:t>Organization / Director</w:t>
            </w:r>
          </w:p>
        </w:tc>
      </w:tr>
    </w:tbl>
    <w:p>
      <w:pPr>
        <w:jc w:val="center"/>
      </w:pPr>
      <w:r>
        <w:rPr>
          <w:sz w:val="20"/>
        </w:rPr>
        <w:t>[Organization Address]  |  [Phone / Email / Website]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