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b w:val="0"/>
          <w:i w:val="0"/>
          <w:color w:val="B8860B"/>
          <w:sz w:val="28"/>
        </w:rPr>
        <w:t xml:space="preserve">◆ ◆ ◆ ◆ ◆ ◆ ◆ ◆ ◆ ◆ ◆ ◆ ◆ ◆ ◆ ◆ ◆ ◆ ◆ ◆ ◆ ◆ ◆ ◆ ◆ ◆ ◆ ◆ ◆ ◆ </w:t>
      </w:r>
    </w:p>
    <w:p>
      <w:pPr>
        <w:spacing w:before="0" w:after="120"/>
        <w:jc w:val="center"/>
      </w:pPr>
      <w:r>
        <w:rPr>
          <w:b/>
          <w:i w:val="0"/>
          <w:color w:val="B8860B"/>
          <w:sz w:val="64"/>
        </w:rPr>
        <w:t>Let's Celebrate</w:t>
      </w:r>
    </w:p>
    <w:p>
      <w:pPr>
        <w:spacing w:before="0" w:after="160"/>
        <w:jc w:val="center"/>
      </w:pPr>
      <w:r>
        <w:rPr>
          <w:b/>
          <w:i w:val="0"/>
          <w:color w:val="B8860B"/>
          <w:sz w:val="52"/>
        </w:rPr>
        <w:t>[Name]'s 40th Birthday</w:t>
      </w:r>
    </w:p>
    <w:p>
      <w:pPr>
        <w:spacing w:before="0" w:after="160"/>
        <w:jc w:val="center"/>
      </w:pPr>
      <w:r>
        <w:rPr>
          <w:b w:val="0"/>
          <w:i w:val="0"/>
          <w:sz w:val="26"/>
        </w:rPr>
        <w:t>Friday, December 4, 2026 at 7:30 PM</w:t>
      </w:r>
    </w:p>
    <w:p>
      <w:pPr>
        <w:spacing w:before="0" w:after="160"/>
        <w:jc w:val="center"/>
      </w:pPr>
      <w:r>
        <w:rPr>
          <w:b w:val="0"/>
          <w:i w:val="0"/>
          <w:sz w:val="24"/>
        </w:rPr>
        <w:t>[Restaurant or venue], [Address]</w:t>
      </w:r>
    </w:p>
    <w:p>
      <w:pPr>
        <w:spacing w:before="0" w:after="160"/>
        <w:jc w:val="center"/>
      </w:pPr>
      <w:r>
        <w:rPr>
          <w:b w:val="0"/>
          <w:i w:val="0"/>
          <w:sz w:val="24"/>
        </w:rPr>
        <w:t>Dinner, drinks and good company</w:t>
      </w:r>
    </w:p>
    <w:p>
      <w:pPr>
        <w:spacing w:before="0" w:after="160"/>
        <w:jc w:val="center"/>
      </w:pPr>
      <w:r>
        <w:rPr>
          <w:b w:val="0"/>
          <w:i w:val="0"/>
          <w:sz w:val="22"/>
        </w:rPr>
        <w:t>Dress code: smart casual</w:t>
      </w:r>
    </w:p>
    <w:p>
      <w:pPr>
        <w:spacing w:before="240" w:after="360"/>
        <w:jc w:val="center"/>
      </w:pPr>
      <w:r>
        <w:rPr>
          <w:b w:val="0"/>
          <w:i/>
          <w:color w:val="595959"/>
          <w:sz w:val="22"/>
        </w:rPr>
        <w:t>RSVP to [Host name] — [phone or email] — by November 27</w:t>
      </w:r>
    </w:p>
    <w:p>
      <w:pPr>
        <w:spacing w:before="0" w:after="0"/>
        <w:jc w:val="center"/>
      </w:pPr>
      <w:r>
        <w:rPr>
          <w:b w:val="0"/>
          <w:i w:val="0"/>
          <w:color w:val="B8860B"/>
          <w:sz w:val="28"/>
        </w:rPr>
        <w:t xml:space="preserve">◆ ◆ ◆ ◆ ◆ ◆ ◆ ◆ ◆ ◆ ◆ ◆ ◆ ◆ ◆ ◆ ◆ ◆ ◆ ◆ ◆ ◆ ◆ ◆ ◆ ◆ ◆ ◆ ◆ ◆ </w:t>
      </w:r>
    </w:p>
    <w:sectPr w:rsidR="00FC693F" w:rsidRPr="0006063C" w:rsidSect="00034616">
      <w:pgSz w:w="12240" w:h="15840"/>
      <w:pgMar w:top="1728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