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ook w:firstColumn="1" w:firstRow="1" w:lastColumn="0" w:lastRow="0" w:noHBand="0" w:noVBand="1" w:val="04A0"/>
        <w:tblW w:w="10080" w:type="dxa"/>
        <w:tblLayout w:type="fixed"/>
      </w:tblPr>
      <w:tblGrid>
        <w:gridCol w:w="6048"/>
        <w:gridCol w:w="4031"/>
      </w:tblGrid>
      <w:tr>
        <w:tc>
          <w:tcPr>
            <w:tcW w:type="dxa" w:w="6048"/>
          </w:tcPr>
          <w:p>
            <w:r/>
            <w:r>
              <w:rPr>
                <w:b/>
                <w:i w:val="0"/>
                <w:color w:val="2E7D32"/>
                <w:sz w:val="40"/>
              </w:rPr>
              <w:t>CASH RECEIPT</w:t>
            </w:r>
          </w:p>
          <w:p>
            <w:r>
              <w:rPr>
                <w:color w:val="616161"/>
                <w:sz w:val="19"/>
              </w:rPr>
              <w:t>[Business Name]  •  (555) 123-4567</w:t>
            </w:r>
          </w:p>
        </w:tc>
        <w:tc>
          <w:tcPr>
            <w:tcW w:type="dxa" w:w="4032"/>
          </w:tcPr>
          <w:p>
            <w:pPr>
              <w:jc w:val="right"/>
            </w:pPr>
            <w:r/>
            <w:r>
              <w:rPr>
                <w:b/>
                <w:i w:val="0"/>
                <w:sz w:val="20"/>
              </w:rPr>
              <w:t>Receipt No: 000451</w:t>
            </w:r>
          </w:p>
          <w:p>
            <w:pPr>
              <w:jc w:val="right"/>
            </w:pPr>
            <w:r>
              <w:rPr>
                <w:i w:val="0"/>
                <w:sz w:val="19"/>
              </w:rPr>
              <w:t>Date: ____ / ____ / ________</w:t>
            </w:r>
          </w:p>
          <w:p>
            <w:pPr>
              <w:jc w:val="right"/>
            </w:pPr>
            <w:r>
              <w:rPr>
                <w:i/>
                <w:color w:val="2E7D32"/>
                <w:sz w:val="19"/>
              </w:rPr>
              <w:t>Customer copy</w:t>
            </w:r>
          </w:p>
        </w:tc>
      </w:tr>
    </w:tbl>
    <w:p>
      <w:pPr>
        <w:spacing w:before="0" w:after="80"/>
      </w:pPr>
      <w:r>
        <w:rPr>
          <w:b w:val="0"/>
          <w:i w:val="0"/>
          <w:sz w:val="21"/>
        </w:rPr>
      </w:r>
    </w:p>
    <w:tbl>
      <w:tblPr>
        <w:tblStyle w:val="TableGrid"/>
        <w:tblLook w:firstColumn="1" w:firstRow="1" w:lastColumn="0" w:lastRow="0" w:noHBand="0" w:noVBand="1" w:val="04A0"/>
        <w:tblW w:w="10080" w:type="dxa"/>
        <w:tblLayout w:type="fixed"/>
      </w:tblPr>
      <w:tblGrid>
        <w:gridCol w:w="2304"/>
        <w:gridCol w:w="7776"/>
      </w:tblGrid>
      <w:tr>
        <w:trPr>
          <w:trHeight w:val="518"/>
        </w:trPr>
        <w:tc>
          <w:tcPr>
            <w:tcW w:type="dxa" w:w="2304"/>
            <w:shd w:val="clear" w:color="auto" w:fill="E8F5E9"/>
          </w:tcPr>
          <w:p>
            <w:r/>
            <w:r>
              <w:rPr>
                <w:b/>
                <w:i w:val="0"/>
                <w:color w:val="2E7D32"/>
                <w:sz w:val="21"/>
              </w:rPr>
              <w:t>Received from</w:t>
            </w:r>
          </w:p>
        </w:tc>
        <w:tc>
          <w:tcPr>
            <w:tcW w:type="dxa" w:w="7776"/>
          </w:tcPr>
          <w:p>
            <w:r/>
            <w:r>
              <w:rPr>
                <w:b w:val="0"/>
                <w:i w:val="0"/>
                <w:sz w:val="21"/>
              </w:rPr>
              <w:t>____________________________________________</w:t>
            </w:r>
          </w:p>
        </w:tc>
      </w:tr>
      <w:tr>
        <w:trPr>
          <w:trHeight w:val="518"/>
        </w:trPr>
        <w:tc>
          <w:tcPr>
            <w:tcW w:type="dxa" w:w="2304"/>
            <w:shd w:val="clear" w:color="auto" w:fill="E8F5E9"/>
          </w:tcPr>
          <w:p>
            <w:r/>
            <w:r>
              <w:rPr>
                <w:b/>
                <w:i w:val="0"/>
                <w:color w:val="2E7D32"/>
                <w:sz w:val="21"/>
              </w:rPr>
              <w:t>The sum of</w:t>
            </w:r>
          </w:p>
        </w:tc>
        <w:tc>
          <w:tcPr>
            <w:tcW w:type="dxa" w:w="7776"/>
          </w:tcPr>
          <w:p>
            <w:r/>
            <w:r>
              <w:rPr>
                <w:b w:val="0"/>
                <w:i w:val="0"/>
                <w:sz w:val="21"/>
              </w:rPr>
              <w:t>_________________________________________ dollars</w:t>
            </w:r>
          </w:p>
        </w:tc>
      </w:tr>
      <w:tr>
        <w:trPr>
          <w:trHeight w:val="518"/>
        </w:trPr>
        <w:tc>
          <w:tcPr>
            <w:tcW w:type="dxa" w:w="2304"/>
            <w:shd w:val="clear" w:color="auto" w:fill="E8F5E9"/>
          </w:tcPr>
          <w:p>
            <w:r/>
            <w:r>
              <w:rPr>
                <w:b/>
                <w:i w:val="0"/>
                <w:color w:val="2E7D32"/>
                <w:sz w:val="21"/>
              </w:rPr>
              <w:t>Amount</w:t>
            </w:r>
          </w:p>
        </w:tc>
        <w:tc>
          <w:tcPr>
            <w:tcW w:type="dxa" w:w="7776"/>
          </w:tcPr>
          <w:p>
            <w:r/>
            <w:r>
              <w:rPr>
                <w:b w:val="0"/>
                <w:i w:val="0"/>
                <w:sz w:val="21"/>
              </w:rPr>
              <w:t>$ ______________</w:t>
            </w:r>
          </w:p>
        </w:tc>
      </w:tr>
      <w:tr>
        <w:trPr>
          <w:trHeight w:val="518"/>
        </w:trPr>
        <w:tc>
          <w:tcPr>
            <w:tcW w:type="dxa" w:w="2304"/>
            <w:shd w:val="clear" w:color="auto" w:fill="E8F5E9"/>
          </w:tcPr>
          <w:p>
            <w:r/>
            <w:r>
              <w:rPr>
                <w:b/>
                <w:i w:val="0"/>
                <w:color w:val="2E7D32"/>
                <w:sz w:val="21"/>
              </w:rPr>
              <w:t>For / Payment of</w:t>
            </w:r>
          </w:p>
        </w:tc>
        <w:tc>
          <w:tcPr>
            <w:tcW w:type="dxa" w:w="7776"/>
          </w:tcPr>
          <w:p>
            <w:r/>
            <w:r>
              <w:rPr>
                <w:b w:val="0"/>
                <w:i w:val="0"/>
                <w:sz w:val="21"/>
              </w:rPr>
              <w:t>____________________________________________</w:t>
            </w:r>
          </w:p>
        </w:tc>
      </w:tr>
    </w:tbl>
    <w:p>
      <w:pPr>
        <w:spacing w:before="0" w:after="60"/>
      </w:pPr>
      <w:r>
        <w:rPr>
          <w:b w:val="0"/>
          <w:i w:val="0"/>
          <w:sz w:val="21"/>
        </w:rPr>
      </w:r>
    </w:p>
    <w:tbl>
      <w:tblPr>
        <w:tblStyle w:val="TableGrid"/>
        <w:tblLook w:firstColumn="1" w:firstRow="1" w:lastColumn="0" w:lastRow="0" w:noHBand="0" w:noVBand="1" w:val="04A0"/>
        <w:tblW w:w="10080" w:type="dxa"/>
        <w:tblLayout w:type="fixed"/>
      </w:tblPr>
      <w:tblGrid>
        <w:gridCol w:w="3456"/>
        <w:gridCol w:w="3311"/>
        <w:gridCol w:w="3311"/>
      </w:tblGrid>
      <w:tr>
        <w:tc>
          <w:tcPr>
            <w:tcW w:type="dxa" w:w="3456"/>
            <w:shd w:val="clear" w:color="auto" w:fill="E8F5E9"/>
          </w:tcPr>
          <w:p>
            <w:r/>
            <w:r>
              <w:rPr>
                <w:b w:val="0"/>
                <w:i w:val="0"/>
                <w:sz w:val="19"/>
              </w:rPr>
              <w:t>☐ Cash</w:t>
              <w:br/>
              <w:t>☐ Check No. ________</w:t>
              <w:br/>
              <w:t>☐ Money order / Other</w:t>
            </w:r>
          </w:p>
        </w:tc>
        <w:tc>
          <w:tcPr>
            <w:tcW w:type="dxa" w:w="3312"/>
          </w:tcPr>
          <w:p>
            <w:r/>
            <w:r>
              <w:rPr>
                <w:b w:val="0"/>
                <w:i w:val="0"/>
                <w:sz w:val="19"/>
              </w:rPr>
              <w:t>Account total: $ ________</w:t>
              <w:br/>
              <w:t>This payment: $ ________</w:t>
              <w:br/>
              <w:t>Balance due: $ ________</w:t>
            </w:r>
          </w:p>
        </w:tc>
        <w:tc>
          <w:tcPr>
            <w:tcW w:type="dxa" w:w="3312"/>
          </w:tcPr>
          <w:p>
            <w:r/>
            <w:r>
              <w:rPr>
                <w:b w:val="0"/>
                <w:i w:val="0"/>
                <w:sz w:val="19"/>
              </w:rPr>
              <w:t>Received by:</w:t>
              <w:br/>
              <w:br/>
              <w:t>_______________________</w:t>
              <w:br/>
              <w:t>Signature</w:t>
            </w:r>
          </w:p>
        </w:tc>
      </w:tr>
    </w:tbl>
    <w:p>
      <w:pPr>
        <w:spacing w:before="520" w:after="520"/>
        <w:jc w:val="center"/>
      </w:pPr>
      <w:r>
        <w:rPr>
          <w:b w:val="0"/>
          <w:i w:val="0"/>
          <w:color w:val="9E9E9E"/>
          <w:sz w:val="16"/>
        </w:rPr>
        <w:t>- - - - - - - - - - - - - - - - - - - - - - - - - - - - - - - - - - - - - - - -   ✂  cut here   - - - - - - - - - - - - - - - - - - - - - - - - - - - - -</w:t>
      </w:r>
    </w:p>
    <w:tbl>
      <w:tblPr>
        <w:tblLook w:firstColumn="1" w:firstRow="1" w:lastColumn="0" w:lastRow="0" w:noHBand="0" w:noVBand="1" w:val="04A0"/>
        <w:tblW w:w="10080" w:type="dxa"/>
        <w:tblLayout w:type="fixed"/>
      </w:tblPr>
      <w:tblGrid>
        <w:gridCol w:w="6048"/>
        <w:gridCol w:w="4031"/>
      </w:tblGrid>
      <w:tr>
        <w:tc>
          <w:tcPr>
            <w:tcW w:type="dxa" w:w="6048"/>
          </w:tcPr>
          <w:p>
            <w:r/>
            <w:r>
              <w:rPr>
                <w:b/>
                <w:i w:val="0"/>
                <w:color w:val="2E7D32"/>
                <w:sz w:val="40"/>
              </w:rPr>
              <w:t>CASH RECEIPT</w:t>
            </w:r>
          </w:p>
          <w:p>
            <w:r>
              <w:rPr>
                <w:color w:val="616161"/>
                <w:sz w:val="19"/>
              </w:rPr>
              <w:t>[Business Name]  •  (555) 123-4567</w:t>
            </w:r>
          </w:p>
        </w:tc>
        <w:tc>
          <w:tcPr>
            <w:tcW w:type="dxa" w:w="4032"/>
          </w:tcPr>
          <w:p>
            <w:pPr>
              <w:jc w:val="right"/>
            </w:pPr>
            <w:r/>
            <w:r>
              <w:rPr>
                <w:b/>
                <w:i w:val="0"/>
                <w:sz w:val="20"/>
              </w:rPr>
              <w:t>Receipt No: 000451</w:t>
            </w:r>
          </w:p>
          <w:p>
            <w:pPr>
              <w:jc w:val="right"/>
            </w:pPr>
            <w:r>
              <w:rPr>
                <w:i w:val="0"/>
                <w:sz w:val="19"/>
              </w:rPr>
              <w:t>Date: ____ / ____ / ________</w:t>
            </w:r>
          </w:p>
          <w:p>
            <w:pPr>
              <w:jc w:val="right"/>
            </w:pPr>
            <w:r>
              <w:rPr>
                <w:i/>
                <w:color w:val="2E7D32"/>
                <w:sz w:val="19"/>
              </w:rPr>
              <w:t>Office copy</w:t>
            </w:r>
          </w:p>
        </w:tc>
      </w:tr>
    </w:tbl>
    <w:p>
      <w:pPr>
        <w:spacing w:before="0" w:after="80"/>
      </w:pPr>
      <w:r>
        <w:rPr>
          <w:b w:val="0"/>
          <w:i w:val="0"/>
          <w:sz w:val="21"/>
        </w:rPr>
      </w:r>
    </w:p>
    <w:tbl>
      <w:tblPr>
        <w:tblStyle w:val="TableGrid"/>
        <w:tblLook w:firstColumn="1" w:firstRow="1" w:lastColumn="0" w:lastRow="0" w:noHBand="0" w:noVBand="1" w:val="04A0"/>
        <w:tblW w:w="10080" w:type="dxa"/>
        <w:tblLayout w:type="fixed"/>
      </w:tblPr>
      <w:tblGrid>
        <w:gridCol w:w="2304"/>
        <w:gridCol w:w="7776"/>
      </w:tblGrid>
      <w:tr>
        <w:trPr>
          <w:trHeight w:val="518"/>
        </w:trPr>
        <w:tc>
          <w:tcPr>
            <w:tcW w:type="dxa" w:w="2304"/>
            <w:shd w:val="clear" w:color="auto" w:fill="E8F5E9"/>
          </w:tcPr>
          <w:p>
            <w:r/>
            <w:r>
              <w:rPr>
                <w:b/>
                <w:i w:val="0"/>
                <w:color w:val="2E7D32"/>
                <w:sz w:val="21"/>
              </w:rPr>
              <w:t>Received from</w:t>
            </w:r>
          </w:p>
        </w:tc>
        <w:tc>
          <w:tcPr>
            <w:tcW w:type="dxa" w:w="7776"/>
          </w:tcPr>
          <w:p>
            <w:r/>
            <w:r>
              <w:rPr>
                <w:b w:val="0"/>
                <w:i w:val="0"/>
                <w:sz w:val="21"/>
              </w:rPr>
              <w:t>____________________________________________</w:t>
            </w:r>
          </w:p>
        </w:tc>
      </w:tr>
      <w:tr>
        <w:trPr>
          <w:trHeight w:val="518"/>
        </w:trPr>
        <w:tc>
          <w:tcPr>
            <w:tcW w:type="dxa" w:w="2304"/>
            <w:shd w:val="clear" w:color="auto" w:fill="E8F5E9"/>
          </w:tcPr>
          <w:p>
            <w:r/>
            <w:r>
              <w:rPr>
                <w:b/>
                <w:i w:val="0"/>
                <w:color w:val="2E7D32"/>
                <w:sz w:val="21"/>
              </w:rPr>
              <w:t>The sum of</w:t>
            </w:r>
          </w:p>
        </w:tc>
        <w:tc>
          <w:tcPr>
            <w:tcW w:type="dxa" w:w="7776"/>
          </w:tcPr>
          <w:p>
            <w:r/>
            <w:r>
              <w:rPr>
                <w:b w:val="0"/>
                <w:i w:val="0"/>
                <w:sz w:val="21"/>
              </w:rPr>
              <w:t>_________________________________________ dollars</w:t>
            </w:r>
          </w:p>
        </w:tc>
      </w:tr>
      <w:tr>
        <w:trPr>
          <w:trHeight w:val="518"/>
        </w:trPr>
        <w:tc>
          <w:tcPr>
            <w:tcW w:type="dxa" w:w="2304"/>
            <w:shd w:val="clear" w:color="auto" w:fill="E8F5E9"/>
          </w:tcPr>
          <w:p>
            <w:r/>
            <w:r>
              <w:rPr>
                <w:b/>
                <w:i w:val="0"/>
                <w:color w:val="2E7D32"/>
                <w:sz w:val="21"/>
              </w:rPr>
              <w:t>Amount</w:t>
            </w:r>
          </w:p>
        </w:tc>
        <w:tc>
          <w:tcPr>
            <w:tcW w:type="dxa" w:w="7776"/>
          </w:tcPr>
          <w:p>
            <w:r/>
            <w:r>
              <w:rPr>
                <w:b w:val="0"/>
                <w:i w:val="0"/>
                <w:sz w:val="21"/>
              </w:rPr>
              <w:t>$ ______________</w:t>
            </w:r>
          </w:p>
        </w:tc>
      </w:tr>
      <w:tr>
        <w:trPr>
          <w:trHeight w:val="518"/>
        </w:trPr>
        <w:tc>
          <w:tcPr>
            <w:tcW w:type="dxa" w:w="2304"/>
            <w:shd w:val="clear" w:color="auto" w:fill="E8F5E9"/>
          </w:tcPr>
          <w:p>
            <w:r/>
            <w:r>
              <w:rPr>
                <w:b/>
                <w:i w:val="0"/>
                <w:color w:val="2E7D32"/>
                <w:sz w:val="21"/>
              </w:rPr>
              <w:t>For / Payment of</w:t>
            </w:r>
          </w:p>
        </w:tc>
        <w:tc>
          <w:tcPr>
            <w:tcW w:type="dxa" w:w="7776"/>
          </w:tcPr>
          <w:p>
            <w:r/>
            <w:r>
              <w:rPr>
                <w:b w:val="0"/>
                <w:i w:val="0"/>
                <w:sz w:val="21"/>
              </w:rPr>
              <w:t>____________________________________________</w:t>
            </w:r>
          </w:p>
        </w:tc>
      </w:tr>
    </w:tbl>
    <w:p>
      <w:pPr>
        <w:spacing w:before="0" w:after="60"/>
      </w:pPr>
      <w:r>
        <w:rPr>
          <w:b w:val="0"/>
          <w:i w:val="0"/>
          <w:sz w:val="21"/>
        </w:rPr>
      </w:r>
    </w:p>
    <w:tbl>
      <w:tblPr>
        <w:tblStyle w:val="TableGrid"/>
        <w:tblLook w:firstColumn="1" w:firstRow="1" w:lastColumn="0" w:lastRow="0" w:noHBand="0" w:noVBand="1" w:val="04A0"/>
        <w:tblW w:w="10080" w:type="dxa"/>
        <w:tblLayout w:type="fixed"/>
      </w:tblPr>
      <w:tblGrid>
        <w:gridCol w:w="3456"/>
        <w:gridCol w:w="3311"/>
        <w:gridCol w:w="3311"/>
      </w:tblGrid>
      <w:tr>
        <w:tc>
          <w:tcPr>
            <w:tcW w:type="dxa" w:w="3456"/>
            <w:shd w:val="clear" w:color="auto" w:fill="E8F5E9"/>
          </w:tcPr>
          <w:p>
            <w:r/>
            <w:r>
              <w:rPr>
                <w:b w:val="0"/>
                <w:i w:val="0"/>
                <w:sz w:val="19"/>
              </w:rPr>
              <w:t>☐ Cash</w:t>
              <w:br/>
              <w:t>☐ Check No. ________</w:t>
              <w:br/>
              <w:t>☐ Money order / Other</w:t>
            </w:r>
          </w:p>
        </w:tc>
        <w:tc>
          <w:tcPr>
            <w:tcW w:type="dxa" w:w="3312"/>
          </w:tcPr>
          <w:p>
            <w:r/>
            <w:r>
              <w:rPr>
                <w:b w:val="0"/>
                <w:i w:val="0"/>
                <w:sz w:val="19"/>
              </w:rPr>
              <w:t>Account total: $ ________</w:t>
              <w:br/>
              <w:t>This payment: $ ________</w:t>
              <w:br/>
              <w:t>Balance due: $ ________</w:t>
            </w:r>
          </w:p>
        </w:tc>
        <w:tc>
          <w:tcPr>
            <w:tcW w:type="dxa" w:w="3312"/>
          </w:tcPr>
          <w:p>
            <w:r/>
            <w:r>
              <w:rPr>
                <w:b w:val="0"/>
                <w:i w:val="0"/>
                <w:sz w:val="19"/>
              </w:rPr>
              <w:t>Received by:</w:t>
              <w:br/>
              <w:br/>
              <w:t>_______________________</w:t>
              <w:br/>
              <w:t>Signature</w:t>
            </w:r>
          </w:p>
        </w:tc>
      </w:tr>
    </w:tbl>
    <w:sectPr w:rsidR="00FC693F" w:rsidRPr="0006063C" w:rsidSect="00034616"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