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4400" w:type="dxa"/>
        <w:tblLayout w:type="fixed"/>
        <w:tblBorders>
          <w:top w:val="triple" w:sz="24" w:space="0" w:color="1F3864"/>
          <w:left w:val="triple" w:sz="24" w:space="0" w:color="1F3864"/>
          <w:bottom w:val="triple" w:sz="24" w:space="0" w:color="1F3864"/>
          <w:right w:val="triple" w:sz="24" w:space="0" w:color="1F3864"/>
        </w:tblBorders>
      </w:tblPr>
      <w:tblGrid>
        <w:gridCol w:w="14400"/>
      </w:tblGrid>
      <w:tr>
        <w:trPr>
          <w:trHeight w:val="10728" w:hRule="exact"/>
        </w:trPr>
        <w:tc>
          <w:tcPr>
            <w:tcW w:type="dxa" w:w="14400"/>
            <w:shd w:val="clear" w:color="auto" w:fill="FFFFFF"/>
            <w:tcMar>
              <w:top w:w="200" w:type="dxa"/>
              <w:left w:w="400" w:type="dxa"/>
              <w:bottom w:w="100" w:type="dxa"/>
              <w:right w:w="400" w:type="dxa"/>
            </w:tcMar>
            <w:vAlign w:val="center"/>
          </w:tcPr>
          <w:p>
            <w:pPr>
              <w:spacing w:after="400" w:before="120"/>
              <w:jc w:val="center"/>
            </w:pPr>
            <w:r>
              <w:rPr>
                <w:b/>
                <w:i w:val="0"/>
                <w:color w:val="595959"/>
                <w:sz w:val="26"/>
              </w:rPr>
              <w:t>[COMPANY / ORGANIZATION NAME]</w:t>
            </w:r>
          </w:p>
          <w:p>
            <w:pPr>
              <w:spacing w:after="40" w:before="0"/>
              <w:jc w:val="center"/>
            </w:pPr>
            <w:r>
              <w:rPr>
                <w:rFonts w:ascii="Georgia" w:hAnsi="Georgia"/>
                <w:b/>
                <w:i w:val="0"/>
                <w:color w:val="1F3864"/>
                <w:sz w:val="96"/>
              </w:rPr>
              <w:t>CERTIFICATE</w:t>
            </w:r>
          </w:p>
          <w:p>
            <w:pPr>
              <w:spacing w:after="520" w:before="0"/>
              <w:jc w:val="center"/>
            </w:pPr>
            <w:r>
              <w:rPr>
                <w:b/>
                <w:i w:val="0"/>
                <w:color w:val="BF9000"/>
                <w:sz w:val="32"/>
              </w:rPr>
              <w:t>OF APPRECIATION</w:t>
            </w:r>
          </w:p>
          <w:p>
            <w:pPr>
              <w:spacing w:after="280" w:before="0"/>
              <w:jc w:val="center"/>
            </w:pPr>
            <w:r>
              <w:rPr>
                <w:rFonts w:ascii="Georgia" w:hAnsi="Georgia"/>
                <w:b w:val="0"/>
                <w:i/>
                <w:color w:val="404040"/>
                <w:sz w:val="28"/>
              </w:rPr>
              <w:t>This certificate is proudly presented to</w:t>
            </w:r>
          </w:p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1A1A1A"/>
                <w:sz w:val="80"/>
              </w:rPr>
              <w:t>Daniel Brooks</w:t>
            </w:r>
          </w:p>
          <w:p>
            <w:pPr>
              <w:spacing w:after="360" w:before="0"/>
              <w:jc w:val="center"/>
            </w:pPr>
            <w:r>
              <w:rPr>
                <w:b w:val="0"/>
                <w:i w:val="0"/>
                <w:color w:val="BF9000"/>
                <w:sz w:val="28"/>
              </w:rPr>
              <w:t>_______________________________________</w:t>
            </w:r>
          </w:p>
          <w:p>
            <w:pPr>
              <w:spacing w:after="880" w:before="0"/>
              <w:jc w:val="center"/>
            </w:pPr>
            <w:r>
              <w:rPr>
                <w:rFonts w:ascii="Georgia" w:hAnsi="Georgia"/>
                <w:b w:val="0"/>
                <w:i w:val="0"/>
                <w:color w:val="404040"/>
                <w:sz w:val="28"/>
              </w:rPr>
              <w:t>In recognition of outstanding dedication, hard work and commitment to our team during 2026.</w:t>
            </w:r>
          </w:p>
          <w:tbl>
            <w:tblPr>
              <w:tblLook w:firstColumn="1" w:firstRow="1" w:lastColumn="0" w:lastRow="0" w:noHBand="0" w:noVBand="1" w:val="04A0"/>
              <w:tblW w:w="12384" w:type="dxa"/>
              <w:tblLayout w:type="fixed"/>
            </w:tblPr>
            <w:tblGrid>
              <w:gridCol w:w="4176"/>
              <w:gridCol w:w="4031"/>
              <w:gridCol w:w="4176"/>
            </w:tblGrid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</w:tr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Manager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Date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Director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b w:val="0"/>
                <w:i w:val="0"/>
                <w:sz w:val="8"/>
              </w:rPr>
            </w:r>
          </w:p>
        </w:tc>
      </w:tr>
    </w:tbl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