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b w:val="0"/>
          <w:i w:val="0"/>
          <w:sz w:val="21"/>
        </w:rPr>
      </w:r>
    </w:p>
    <w:p>
      <w:pPr>
        <w:spacing w:before="0" w:after="0"/>
      </w:pPr>
      <w:r>
        <w:rPr>
          <w:b w:val="0"/>
          <w:i w:val="0"/>
          <w:sz w:val="22"/>
        </w:rPr>
        <w:t>[Month Day, Year]</w:t>
      </w:r>
    </w:p>
    <w:p>
      <w:pPr>
        <w:spacing w:before="0" w:after="0"/>
      </w:pPr>
      <w:r>
        <w:rPr>
          <w:b w:val="0"/>
          <w:i w:val="0"/>
          <w:sz w:val="22"/>
        </w:rPr>
      </w:r>
    </w:p>
    <w:p>
      <w:pPr>
        <w:spacing w:before="0" w:after="0"/>
      </w:pPr>
      <w:r>
        <w:rPr>
          <w:b w:val="0"/>
          <w:i w:val="0"/>
          <w:sz w:val="22"/>
        </w:rPr>
        <w:t>[Recipient Name]</w:t>
      </w:r>
    </w:p>
    <w:p>
      <w:pPr>
        <w:spacing w:before="0" w:after="0"/>
      </w:pPr>
      <w:r>
        <w:rPr>
          <w:b w:val="0"/>
          <w:i w:val="0"/>
          <w:sz w:val="22"/>
        </w:rPr>
        <w:t>[Title]</w:t>
      </w:r>
    </w:p>
    <w:p>
      <w:pPr>
        <w:spacing w:before="0" w:after="0"/>
      </w:pPr>
      <w:r>
        <w:rPr>
          <w:b w:val="0"/>
          <w:i w:val="0"/>
          <w:sz w:val="22"/>
        </w:rPr>
        <w:t>[Company Name]</w:t>
      </w:r>
    </w:p>
    <w:p>
      <w:pPr>
        <w:spacing w:before="0" w:after="0"/>
      </w:pPr>
      <w:r>
        <w:rPr>
          <w:b w:val="0"/>
          <w:i w:val="0"/>
          <w:sz w:val="22"/>
        </w:rPr>
        <w:t>[Street Address]</w:t>
      </w:r>
    </w:p>
    <w:p>
      <w:pPr>
        <w:spacing w:before="0" w:after="0"/>
      </w:pPr>
      <w:r>
        <w:rPr>
          <w:b w:val="0"/>
          <w:i w:val="0"/>
          <w:sz w:val="22"/>
        </w:rPr>
        <w:t>[City, State ZIP]</w:t>
      </w:r>
    </w:p>
    <w:p>
      <w:pPr>
        <w:spacing w:before="0" w:after="0"/>
      </w:pPr>
      <w:r>
        <w:rPr>
          <w:b w:val="0"/>
          <w:i w:val="0"/>
          <w:sz w:val="22"/>
        </w:rPr>
      </w:r>
    </w:p>
    <w:p>
      <w:pPr>
        <w:spacing w:before="0" w:after="200"/>
      </w:pPr>
      <w:r>
        <w:rPr>
          <w:b/>
          <w:i w:val="0"/>
          <w:color w:val="1F3864"/>
          <w:sz w:val="22"/>
        </w:rPr>
        <w:t>Subject: [Letter subject]</w:t>
      </w:r>
    </w:p>
    <w:p>
      <w:pPr>
        <w:spacing w:before="0" w:after="200"/>
      </w:pPr>
      <w:r>
        <w:rPr>
          <w:b w:val="0"/>
          <w:i w:val="0"/>
          <w:sz w:val="22"/>
        </w:rPr>
        <w:t>Dear [Recipient Name],</w:t>
      </w:r>
    </w:p>
    <w:p>
      <w:pPr>
        <w:spacing w:before="0" w:after="200" w:line="276" w:lineRule="auto"/>
      </w:pPr>
      <w:r>
        <w:rPr>
          <w:b w:val="0"/>
          <w:i w:val="0"/>
          <w:sz w:val="22"/>
        </w:rPr>
        <w:t>Thank you for your interest in [Company Name]. This letterhead template gives every letter, quotation and notice you send a consistent, professional look. Replace the logo, company name and contact details in the header and footer once, save the file, and use it as your master copy.</w:t>
      </w:r>
    </w:p>
    <w:p>
      <w:pPr>
        <w:spacing w:before="0" w:after="200" w:line="276" w:lineRule="auto"/>
      </w:pPr>
      <w:r>
        <w:rPr>
          <w:b w:val="0"/>
          <w:i w:val="0"/>
          <w:sz w:val="22"/>
        </w:rPr>
        <w:t>Type your message in this area. Keep paragraphs short, use a clear subject line and finish with a call to action or next step. The header and footer repeat automatically on every page, so longer letters stay branded from start to finish.</w:t>
      </w:r>
    </w:p>
    <w:p>
      <w:pPr>
        <w:spacing w:before="0" w:after="200" w:line="276" w:lineRule="auto"/>
      </w:pPr>
      <w:r>
        <w:rPr>
          <w:b w:val="0"/>
          <w:i w:val="0"/>
          <w:sz w:val="22"/>
        </w:rPr>
        <w:t>If you have any questions, please contact me at the phone number or email address below.</w:t>
      </w:r>
    </w:p>
    <w:p>
      <w:pPr>
        <w:spacing w:before="0" w:after="600"/>
      </w:pPr>
      <w:r>
        <w:rPr>
          <w:b w:val="0"/>
          <w:i w:val="0"/>
          <w:sz w:val="22"/>
        </w:rPr>
        <w:t>Sincerely,</w:t>
      </w:r>
    </w:p>
    <w:p>
      <w:pPr>
        <w:spacing w:before="0" w:after="0"/>
      </w:pPr>
      <w:r>
        <w:rPr>
          <w:b/>
          <w:i w:val="0"/>
          <w:sz w:val="22"/>
        </w:rPr>
        <w:t>[Your Name]</w:t>
      </w:r>
    </w:p>
    <w:p>
      <w:pPr>
        <w:spacing w:before="0" w:after="0"/>
      </w:pPr>
      <w:r>
        <w:rPr>
          <w:b w:val="0"/>
          <w:i w:val="0"/>
          <w:sz w:val="22"/>
        </w:rPr>
        <w:t>[Your Title]</w:t>
      </w:r>
    </w:p>
    <w:p>
      <w:pPr>
        <w:spacing w:before="0" w:after="0"/>
      </w:pPr>
      <w:r>
        <w:rPr>
          <w:b w:val="0"/>
          <w:i w:val="0"/>
          <w:sz w:val="22"/>
        </w:rPr>
        <w:t>[Company Name]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20" w:right="1080" w:bottom="1008" w:left="1080" w:header="57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8" w:space="4" w:color="B8860B"/>
      </w:pBdr>
    </w:pPr>
    <w:r>
      <w:rPr>
        <w:color w:val="404040"/>
        <w:sz w:val="18"/>
      </w:rPr>
      <w:t>123 Business Avenue, Suite 400  •  Your City, ST 00000</w:t>
    </w:r>
  </w:p>
  <w:p>
    <w:pPr>
      <w:spacing w:after="0"/>
      <w:jc w:val="center"/>
    </w:pPr>
    <w:r>
      <w:rPr>
        <w:b w:val="0"/>
        <w:color w:val="404040"/>
        <w:sz w:val="18"/>
      </w:rPr>
      <w:t>Phone (555) 123-4567  •  info@yourcompany.com  •  www.yourcompany.com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85800" cy="6858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rFonts w:ascii="Georgia" w:hAnsi="Georgia"/>
        <w:b/>
        <w:color w:val="1F3864"/>
        <w:sz w:val="40"/>
      </w:rPr>
      <w:t>[COMPANY NAME]</w:t>
    </w:r>
  </w:p>
  <w:p>
    <w:pPr>
      <w:spacing w:after="120"/>
      <w:jc w:val="center"/>
      <w:pBdr>
        <w:bottom w:val="single" w:sz="8" w:space="4" w:color="B8860B"/>
      </w:pBdr>
    </w:pPr>
    <w:r>
      <w:rPr>
        <w:b w:val="0"/>
        <w:i/>
        <w:color w:val="B8860B"/>
        <w:sz w:val="19"/>
      </w:rPr>
      <w:t>Your Company Tagline or Slogan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