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dashed" w:sz="6" w:color="9E9E9E"/>
          <w:left w:val="dashed" w:sz="6" w:color="9E9E9E"/>
          <w:bottom w:val="dashed" w:sz="6" w:color="9E9E9E"/>
          <w:right w:val="dashed" w:sz="6" w:color="9E9E9E"/>
          <w:insideH w:val="dashed" w:sz="6" w:color="9E9E9E"/>
          <w:insideV w:val="dashed" w:sz="6" w:color="9E9E9E"/>
        </w:tblBorders>
      </w:tblPr>
      <w:tblGrid>
        <w:gridCol w:w="5040"/>
        <w:gridCol w:w="5040"/>
      </w:tblGrid>
      <w:tr>
        <w:trPr>
          <w:trHeight w:val="2880" w:hRule="exact"/>
        </w:trPr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  <w:shd w:val="clear" w:color="auto" w:fill="FFF8E1"/>
          </w:tcPr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4E342E"/>
                <w:sz w:val="30"/>
              </w:rPr>
              <w:t>[CAFÉ NAME]</w:t>
            </w:r>
          </w:p>
          <w:p>
            <w:pPr>
              <w:spacing w:after="60" w:before="0"/>
              <w:jc w:val="center"/>
            </w:pPr>
            <w:r>
              <w:rPr>
                <w:b/>
                <w:i w:val="0"/>
                <w:color w:val="8D6E63"/>
                <w:sz w:val="15"/>
              </w:rPr>
              <w:t>COFFEE LOYALTY CARD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4E342E"/>
                <w:sz w:val="34"/>
              </w:rPr>
              <w:t>◯  ◯  ◯  ◯  ◯</w:t>
            </w:r>
          </w:p>
          <w:p>
            <w:pPr>
              <w:spacing w:after="40" w:before="0"/>
              <w:jc w:val="center"/>
            </w:pPr>
            <w:r>
              <w:rPr>
                <w:b w:val="0"/>
                <w:i w:val="0"/>
                <w:color w:val="4E342E"/>
                <w:sz w:val="34"/>
              </w:rPr>
              <w:t>◯  ◯  ◯  ◯  ☆</w:t>
            </w:r>
          </w:p>
          <w:p>
            <w:pPr>
              <w:spacing w:after="0" w:before="0"/>
              <w:jc w:val="center"/>
            </w:pPr>
            <w:r>
              <w:rPr>
                <w:b/>
                <w:i w:val="0"/>
                <w:color w:val="BF360C"/>
                <w:sz w:val="17"/>
              </w:rPr>
              <w:t>Buy 9 coffees, get the 10th FREE!</w:t>
            </w:r>
          </w:p>
          <w:p>
            <w:pPr>
              <w:spacing w:after="0" w:before="40"/>
              <w:jc w:val="center"/>
            </w:pPr>
            <w:r>
              <w:rPr>
                <w:b w:val="0"/>
                <w:i w:val="0"/>
                <w:color w:val="5D4037"/>
                <w:sz w:val="14"/>
              </w:rPr>
              <w:t>Name: ____________________   Exp: ________</w:t>
            </w:r>
          </w:p>
        </w:tc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  <w:shd w:val="clear" w:color="auto" w:fill="FFF8E1"/>
          </w:tcPr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4E342E"/>
                <w:sz w:val="30"/>
              </w:rPr>
              <w:t>[CAFÉ NAME]</w:t>
            </w:r>
          </w:p>
          <w:p>
            <w:pPr>
              <w:spacing w:after="60" w:before="0"/>
              <w:jc w:val="center"/>
            </w:pPr>
            <w:r>
              <w:rPr>
                <w:b/>
                <w:i w:val="0"/>
                <w:color w:val="8D6E63"/>
                <w:sz w:val="15"/>
              </w:rPr>
              <w:t>COFFEE LOYALTY CARD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4E342E"/>
                <w:sz w:val="34"/>
              </w:rPr>
              <w:t>◯  ◯  ◯  ◯  ◯</w:t>
            </w:r>
          </w:p>
          <w:p>
            <w:pPr>
              <w:spacing w:after="40" w:before="0"/>
              <w:jc w:val="center"/>
            </w:pPr>
            <w:r>
              <w:rPr>
                <w:b w:val="0"/>
                <w:i w:val="0"/>
                <w:color w:val="4E342E"/>
                <w:sz w:val="34"/>
              </w:rPr>
              <w:t>◯  ◯  ◯  ◯  ☆</w:t>
            </w:r>
          </w:p>
          <w:p>
            <w:pPr>
              <w:spacing w:after="0" w:before="0"/>
              <w:jc w:val="center"/>
            </w:pPr>
            <w:r>
              <w:rPr>
                <w:b/>
                <w:i w:val="0"/>
                <w:color w:val="BF360C"/>
                <w:sz w:val="17"/>
              </w:rPr>
              <w:t>Buy 9 coffees, get the 10th FREE!</w:t>
            </w:r>
          </w:p>
          <w:p>
            <w:pPr>
              <w:spacing w:after="0" w:before="40"/>
              <w:jc w:val="center"/>
            </w:pPr>
            <w:r>
              <w:rPr>
                <w:b w:val="0"/>
                <w:i w:val="0"/>
                <w:color w:val="5D4037"/>
                <w:sz w:val="14"/>
              </w:rPr>
              <w:t>Name: ____________________   Exp: ________</w:t>
            </w:r>
          </w:p>
        </w:tc>
      </w:tr>
      <w:tr>
        <w:trPr>
          <w:trHeight w:val="2880" w:hRule="exact"/>
        </w:trPr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  <w:shd w:val="clear" w:color="auto" w:fill="FFF8E1"/>
          </w:tcPr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4E342E"/>
                <w:sz w:val="30"/>
              </w:rPr>
              <w:t>[CAFÉ NAME]</w:t>
            </w:r>
          </w:p>
          <w:p>
            <w:pPr>
              <w:spacing w:after="60" w:before="0"/>
              <w:jc w:val="center"/>
            </w:pPr>
            <w:r>
              <w:rPr>
                <w:b/>
                <w:i w:val="0"/>
                <w:color w:val="8D6E63"/>
                <w:sz w:val="15"/>
              </w:rPr>
              <w:t>COFFEE LOYALTY CARD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4E342E"/>
                <w:sz w:val="34"/>
              </w:rPr>
              <w:t>◯  ◯  ◯  ◯  ◯</w:t>
            </w:r>
          </w:p>
          <w:p>
            <w:pPr>
              <w:spacing w:after="40" w:before="0"/>
              <w:jc w:val="center"/>
            </w:pPr>
            <w:r>
              <w:rPr>
                <w:b w:val="0"/>
                <w:i w:val="0"/>
                <w:color w:val="4E342E"/>
                <w:sz w:val="34"/>
              </w:rPr>
              <w:t>◯  ◯  ◯  ◯  ☆</w:t>
            </w:r>
          </w:p>
          <w:p>
            <w:pPr>
              <w:spacing w:after="0" w:before="0"/>
              <w:jc w:val="center"/>
            </w:pPr>
            <w:r>
              <w:rPr>
                <w:b/>
                <w:i w:val="0"/>
                <w:color w:val="BF360C"/>
                <w:sz w:val="17"/>
              </w:rPr>
              <w:t>Buy 9 coffees, get the 10th FREE!</w:t>
            </w:r>
          </w:p>
          <w:p>
            <w:pPr>
              <w:spacing w:after="0" w:before="40"/>
              <w:jc w:val="center"/>
            </w:pPr>
            <w:r>
              <w:rPr>
                <w:b w:val="0"/>
                <w:i w:val="0"/>
                <w:color w:val="5D4037"/>
                <w:sz w:val="14"/>
              </w:rPr>
              <w:t>Name: ____________________   Exp: ________</w:t>
            </w:r>
          </w:p>
        </w:tc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  <w:shd w:val="clear" w:color="auto" w:fill="FFF8E1"/>
          </w:tcPr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4E342E"/>
                <w:sz w:val="30"/>
              </w:rPr>
              <w:t>[CAFÉ NAME]</w:t>
            </w:r>
          </w:p>
          <w:p>
            <w:pPr>
              <w:spacing w:after="60" w:before="0"/>
              <w:jc w:val="center"/>
            </w:pPr>
            <w:r>
              <w:rPr>
                <w:b/>
                <w:i w:val="0"/>
                <w:color w:val="8D6E63"/>
                <w:sz w:val="15"/>
              </w:rPr>
              <w:t>COFFEE LOYALTY CARD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4E342E"/>
                <w:sz w:val="34"/>
              </w:rPr>
              <w:t>◯  ◯  ◯  ◯  ◯</w:t>
            </w:r>
          </w:p>
          <w:p>
            <w:pPr>
              <w:spacing w:after="40" w:before="0"/>
              <w:jc w:val="center"/>
            </w:pPr>
            <w:r>
              <w:rPr>
                <w:b w:val="0"/>
                <w:i w:val="0"/>
                <w:color w:val="4E342E"/>
                <w:sz w:val="34"/>
              </w:rPr>
              <w:t>◯  ◯  ◯  ◯  ☆</w:t>
            </w:r>
          </w:p>
          <w:p>
            <w:pPr>
              <w:spacing w:after="0" w:before="0"/>
              <w:jc w:val="center"/>
            </w:pPr>
            <w:r>
              <w:rPr>
                <w:b/>
                <w:i w:val="0"/>
                <w:color w:val="BF360C"/>
                <w:sz w:val="17"/>
              </w:rPr>
              <w:t>Buy 9 coffees, get the 10th FREE!</w:t>
            </w:r>
          </w:p>
          <w:p>
            <w:pPr>
              <w:spacing w:after="0" w:before="40"/>
              <w:jc w:val="center"/>
            </w:pPr>
            <w:r>
              <w:rPr>
                <w:b w:val="0"/>
                <w:i w:val="0"/>
                <w:color w:val="5D4037"/>
                <w:sz w:val="14"/>
              </w:rPr>
              <w:t>Name: ____________________   Exp: ________</w:t>
            </w:r>
          </w:p>
        </w:tc>
      </w:tr>
      <w:tr>
        <w:trPr>
          <w:trHeight w:val="2880" w:hRule="exact"/>
        </w:trPr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  <w:shd w:val="clear" w:color="auto" w:fill="FFF8E1"/>
          </w:tcPr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4E342E"/>
                <w:sz w:val="30"/>
              </w:rPr>
              <w:t>[CAFÉ NAME]</w:t>
            </w:r>
          </w:p>
          <w:p>
            <w:pPr>
              <w:spacing w:after="60" w:before="0"/>
              <w:jc w:val="center"/>
            </w:pPr>
            <w:r>
              <w:rPr>
                <w:b/>
                <w:i w:val="0"/>
                <w:color w:val="8D6E63"/>
                <w:sz w:val="15"/>
              </w:rPr>
              <w:t>COFFEE LOYALTY CARD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4E342E"/>
                <w:sz w:val="34"/>
              </w:rPr>
              <w:t>◯  ◯  ◯  ◯  ◯</w:t>
            </w:r>
          </w:p>
          <w:p>
            <w:pPr>
              <w:spacing w:after="40" w:before="0"/>
              <w:jc w:val="center"/>
            </w:pPr>
            <w:r>
              <w:rPr>
                <w:b w:val="0"/>
                <w:i w:val="0"/>
                <w:color w:val="4E342E"/>
                <w:sz w:val="34"/>
              </w:rPr>
              <w:t>◯  ◯  ◯  ◯  ☆</w:t>
            </w:r>
          </w:p>
          <w:p>
            <w:pPr>
              <w:spacing w:after="0" w:before="0"/>
              <w:jc w:val="center"/>
            </w:pPr>
            <w:r>
              <w:rPr>
                <w:b/>
                <w:i w:val="0"/>
                <w:color w:val="BF360C"/>
                <w:sz w:val="17"/>
              </w:rPr>
              <w:t>Buy 9 coffees, get the 10th FREE!</w:t>
            </w:r>
          </w:p>
          <w:p>
            <w:pPr>
              <w:spacing w:after="0" w:before="40"/>
              <w:jc w:val="center"/>
            </w:pPr>
            <w:r>
              <w:rPr>
                <w:b w:val="0"/>
                <w:i w:val="0"/>
                <w:color w:val="5D4037"/>
                <w:sz w:val="14"/>
              </w:rPr>
              <w:t>Name: ____________________   Exp: ________</w:t>
            </w:r>
          </w:p>
        </w:tc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  <w:shd w:val="clear" w:color="auto" w:fill="FFF8E1"/>
          </w:tcPr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4E342E"/>
                <w:sz w:val="30"/>
              </w:rPr>
              <w:t>[CAFÉ NAME]</w:t>
            </w:r>
          </w:p>
          <w:p>
            <w:pPr>
              <w:spacing w:after="60" w:before="0"/>
              <w:jc w:val="center"/>
            </w:pPr>
            <w:r>
              <w:rPr>
                <w:b/>
                <w:i w:val="0"/>
                <w:color w:val="8D6E63"/>
                <w:sz w:val="15"/>
              </w:rPr>
              <w:t>COFFEE LOYALTY CARD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4E342E"/>
                <w:sz w:val="34"/>
              </w:rPr>
              <w:t>◯  ◯  ◯  ◯  ◯</w:t>
            </w:r>
          </w:p>
          <w:p>
            <w:pPr>
              <w:spacing w:after="40" w:before="0"/>
              <w:jc w:val="center"/>
            </w:pPr>
            <w:r>
              <w:rPr>
                <w:b w:val="0"/>
                <w:i w:val="0"/>
                <w:color w:val="4E342E"/>
                <w:sz w:val="34"/>
              </w:rPr>
              <w:t>◯  ◯  ◯  ◯  ☆</w:t>
            </w:r>
          </w:p>
          <w:p>
            <w:pPr>
              <w:spacing w:after="0" w:before="0"/>
              <w:jc w:val="center"/>
            </w:pPr>
            <w:r>
              <w:rPr>
                <w:b/>
                <w:i w:val="0"/>
                <w:color w:val="BF360C"/>
                <w:sz w:val="17"/>
              </w:rPr>
              <w:t>Buy 9 coffees, get the 10th FREE!</w:t>
            </w:r>
          </w:p>
          <w:p>
            <w:pPr>
              <w:spacing w:after="0" w:before="40"/>
              <w:jc w:val="center"/>
            </w:pPr>
            <w:r>
              <w:rPr>
                <w:b w:val="0"/>
                <w:i w:val="0"/>
                <w:color w:val="5D4037"/>
                <w:sz w:val="14"/>
              </w:rPr>
              <w:t>Name: ____________________   Exp: ________</w:t>
            </w:r>
          </w:p>
        </w:tc>
      </w:tr>
      <w:tr>
        <w:trPr>
          <w:trHeight w:val="2880" w:hRule="exact"/>
        </w:trPr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  <w:shd w:val="clear" w:color="auto" w:fill="FFF8E1"/>
          </w:tcPr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4E342E"/>
                <w:sz w:val="30"/>
              </w:rPr>
              <w:t>[CAFÉ NAME]</w:t>
            </w:r>
          </w:p>
          <w:p>
            <w:pPr>
              <w:spacing w:after="60" w:before="0"/>
              <w:jc w:val="center"/>
            </w:pPr>
            <w:r>
              <w:rPr>
                <w:b/>
                <w:i w:val="0"/>
                <w:color w:val="8D6E63"/>
                <w:sz w:val="15"/>
              </w:rPr>
              <w:t>COFFEE LOYALTY CARD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4E342E"/>
                <w:sz w:val="34"/>
              </w:rPr>
              <w:t>◯  ◯  ◯  ◯  ◯</w:t>
            </w:r>
          </w:p>
          <w:p>
            <w:pPr>
              <w:spacing w:after="40" w:before="0"/>
              <w:jc w:val="center"/>
            </w:pPr>
            <w:r>
              <w:rPr>
                <w:b w:val="0"/>
                <w:i w:val="0"/>
                <w:color w:val="4E342E"/>
                <w:sz w:val="34"/>
              </w:rPr>
              <w:t>◯  ◯  ◯  ◯  ☆</w:t>
            </w:r>
          </w:p>
          <w:p>
            <w:pPr>
              <w:spacing w:after="0" w:before="0"/>
              <w:jc w:val="center"/>
            </w:pPr>
            <w:r>
              <w:rPr>
                <w:b/>
                <w:i w:val="0"/>
                <w:color w:val="BF360C"/>
                <w:sz w:val="17"/>
              </w:rPr>
              <w:t>Buy 9 coffees, get the 10th FREE!</w:t>
            </w:r>
          </w:p>
          <w:p>
            <w:pPr>
              <w:spacing w:after="0" w:before="40"/>
              <w:jc w:val="center"/>
            </w:pPr>
            <w:r>
              <w:rPr>
                <w:b w:val="0"/>
                <w:i w:val="0"/>
                <w:color w:val="5D4037"/>
                <w:sz w:val="14"/>
              </w:rPr>
              <w:t>Name: ____________________   Exp: ________</w:t>
            </w:r>
          </w:p>
        </w:tc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  <w:shd w:val="clear" w:color="auto" w:fill="FFF8E1"/>
          </w:tcPr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4E342E"/>
                <w:sz w:val="30"/>
              </w:rPr>
              <w:t>[CAFÉ NAME]</w:t>
            </w:r>
          </w:p>
          <w:p>
            <w:pPr>
              <w:spacing w:after="60" w:before="0"/>
              <w:jc w:val="center"/>
            </w:pPr>
            <w:r>
              <w:rPr>
                <w:b/>
                <w:i w:val="0"/>
                <w:color w:val="8D6E63"/>
                <w:sz w:val="15"/>
              </w:rPr>
              <w:t>COFFEE LOYALTY CARD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4E342E"/>
                <w:sz w:val="34"/>
              </w:rPr>
              <w:t>◯  ◯  ◯  ◯  ◯</w:t>
            </w:r>
          </w:p>
          <w:p>
            <w:pPr>
              <w:spacing w:after="40" w:before="0"/>
              <w:jc w:val="center"/>
            </w:pPr>
            <w:r>
              <w:rPr>
                <w:b w:val="0"/>
                <w:i w:val="0"/>
                <w:color w:val="4E342E"/>
                <w:sz w:val="34"/>
              </w:rPr>
              <w:t>◯  ◯  ◯  ◯  ☆</w:t>
            </w:r>
          </w:p>
          <w:p>
            <w:pPr>
              <w:spacing w:after="0" w:before="0"/>
              <w:jc w:val="center"/>
            </w:pPr>
            <w:r>
              <w:rPr>
                <w:b/>
                <w:i w:val="0"/>
                <w:color w:val="BF360C"/>
                <w:sz w:val="17"/>
              </w:rPr>
              <w:t>Buy 9 coffees, get the 10th FREE!</w:t>
            </w:r>
          </w:p>
          <w:p>
            <w:pPr>
              <w:spacing w:after="0" w:before="40"/>
              <w:jc w:val="center"/>
            </w:pPr>
            <w:r>
              <w:rPr>
                <w:b w:val="0"/>
                <w:i w:val="0"/>
                <w:color w:val="5D4037"/>
                <w:sz w:val="14"/>
              </w:rPr>
              <w:t>Name: ____________________   Exp: ________</w:t>
            </w:r>
          </w:p>
        </w:tc>
      </w:tr>
      <w:tr>
        <w:trPr>
          <w:trHeight w:val="2880" w:hRule="exact"/>
        </w:trPr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  <w:shd w:val="clear" w:color="auto" w:fill="FFF8E1"/>
          </w:tcPr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4E342E"/>
                <w:sz w:val="30"/>
              </w:rPr>
              <w:t>[CAFÉ NAME]</w:t>
            </w:r>
          </w:p>
          <w:p>
            <w:pPr>
              <w:spacing w:after="60" w:before="0"/>
              <w:jc w:val="center"/>
            </w:pPr>
            <w:r>
              <w:rPr>
                <w:b/>
                <w:i w:val="0"/>
                <w:color w:val="8D6E63"/>
                <w:sz w:val="15"/>
              </w:rPr>
              <w:t>COFFEE LOYALTY CARD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4E342E"/>
                <w:sz w:val="34"/>
              </w:rPr>
              <w:t>◯  ◯  ◯  ◯  ◯</w:t>
            </w:r>
          </w:p>
          <w:p>
            <w:pPr>
              <w:spacing w:after="40" w:before="0"/>
              <w:jc w:val="center"/>
            </w:pPr>
            <w:r>
              <w:rPr>
                <w:b w:val="0"/>
                <w:i w:val="0"/>
                <w:color w:val="4E342E"/>
                <w:sz w:val="34"/>
              </w:rPr>
              <w:t>◯  ◯  ◯  ◯  ☆</w:t>
            </w:r>
          </w:p>
          <w:p>
            <w:pPr>
              <w:spacing w:after="0" w:before="0"/>
              <w:jc w:val="center"/>
            </w:pPr>
            <w:r>
              <w:rPr>
                <w:b/>
                <w:i w:val="0"/>
                <w:color w:val="BF360C"/>
                <w:sz w:val="17"/>
              </w:rPr>
              <w:t>Buy 9 coffees, get the 10th FREE!</w:t>
            </w:r>
          </w:p>
          <w:p>
            <w:pPr>
              <w:spacing w:after="0" w:before="40"/>
              <w:jc w:val="center"/>
            </w:pPr>
            <w:r>
              <w:rPr>
                <w:b w:val="0"/>
                <w:i w:val="0"/>
                <w:color w:val="5D4037"/>
                <w:sz w:val="14"/>
              </w:rPr>
              <w:t>Name: ____________________   Exp: ________</w:t>
            </w:r>
          </w:p>
        </w:tc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  <w:shd w:val="clear" w:color="auto" w:fill="FFF8E1"/>
          </w:tcPr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4E342E"/>
                <w:sz w:val="30"/>
              </w:rPr>
              <w:t>[CAFÉ NAME]</w:t>
            </w:r>
          </w:p>
          <w:p>
            <w:pPr>
              <w:spacing w:after="60" w:before="0"/>
              <w:jc w:val="center"/>
            </w:pPr>
            <w:r>
              <w:rPr>
                <w:b/>
                <w:i w:val="0"/>
                <w:color w:val="8D6E63"/>
                <w:sz w:val="15"/>
              </w:rPr>
              <w:t>COFFEE LOYALTY CARD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4E342E"/>
                <w:sz w:val="34"/>
              </w:rPr>
              <w:t>◯  ◯  ◯  ◯  ◯</w:t>
            </w:r>
          </w:p>
          <w:p>
            <w:pPr>
              <w:spacing w:after="40" w:before="0"/>
              <w:jc w:val="center"/>
            </w:pPr>
            <w:r>
              <w:rPr>
                <w:b w:val="0"/>
                <w:i w:val="0"/>
                <w:color w:val="4E342E"/>
                <w:sz w:val="34"/>
              </w:rPr>
              <w:t>◯  ◯  ◯  ◯  ☆</w:t>
            </w:r>
          </w:p>
          <w:p>
            <w:pPr>
              <w:spacing w:after="0" w:before="0"/>
              <w:jc w:val="center"/>
            </w:pPr>
            <w:r>
              <w:rPr>
                <w:b/>
                <w:i w:val="0"/>
                <w:color w:val="BF360C"/>
                <w:sz w:val="17"/>
              </w:rPr>
              <w:t>Buy 9 coffees, get the 10th FREE!</w:t>
            </w:r>
          </w:p>
          <w:p>
            <w:pPr>
              <w:spacing w:after="0" w:before="40"/>
              <w:jc w:val="center"/>
            </w:pPr>
            <w:r>
              <w:rPr>
                <w:b w:val="0"/>
                <w:i w:val="0"/>
                <w:color w:val="5D4037"/>
                <w:sz w:val="14"/>
              </w:rPr>
              <w:t>Name: ____________________   Exp: ________</w:t>
            </w:r>
          </w:p>
        </w:tc>
      </w:tr>
    </w:tbl>
    <w:sectPr w:rsidR="00FC693F" w:rsidRPr="0006063C" w:rsidSect="00034616">
      <w:pgSz w:w="12240" w:h="15840"/>
      <w:pgMar w:top="648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