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b w:val="0"/>
          <w:i w:val="0"/>
          <w:color w:val="808080"/>
          <w:sz w:val="16"/>
        </w:rPr>
        <w:t>Door prize tickets — 8 tickets per page. Number each ticket and stub before printing.</w:t>
      </w:r>
    </w:p>
    <w:tbl>
      <w:tblPr>
        <w:tblStyle w:val="TableGrid"/>
        <w:tblLook w:firstColumn="1" w:firstRow="1" w:lastColumn="0" w:lastRow="0" w:noHBand="0" w:noVBand="1" w:val="04A0"/>
        <w:tblW w:w="10080" w:type="dxa"/>
        <w:tblLayout w:type="fixed"/>
      </w:tblPr>
      <w:tblGrid>
        <w:gridCol w:w="2880"/>
        <w:gridCol w:w="7200"/>
      </w:tblGrid>
      <w:tr>
        <w:tc>
          <w:tcPr>
            <w:tcW w:type="dxa" w:w="2880"/>
            <w:shd w:val="clear" w:color="auto" w:fill="F2F2F2"/>
          </w:tcPr>
          <w:p>
            <w:r/>
            <w:r>
              <w:rPr>
                <w:b/>
                <w:i w:val="0"/>
                <w:color w:val="6A1B9A"/>
                <w:sz w:val="18"/>
              </w:rPr>
              <w:t>No. 1001</w:t>
            </w:r>
          </w:p>
          <w:p>
            <w:r>
              <w:t>Name: ____________</w:t>
            </w:r>
          </w:p>
          <w:p>
            <w:r>
              <w:t>Phone: ____________</w:t>
            </w:r>
          </w:p>
        </w:tc>
        <w:tc>
          <w:tcPr>
            <w:tcW w:type="dxa" w:w="7200"/>
          </w:tcPr>
          <w:p>
            <w:r/>
            <w:r>
              <w:rPr>
                <w:b/>
                <w:i w:val="0"/>
                <w:color w:val="6A1B9A"/>
                <w:sz w:val="26"/>
              </w:rPr>
              <w:t>DOOR PRIZE TICKET</w:t>
            </w:r>
          </w:p>
          <w:p>
            <w:r>
              <w:t>Event name and date</w:t>
            </w:r>
          </w:p>
          <w:p>
            <w:r>
              <w:t>Keep this half. Drop the stub in the box.</w:t>
            </w:r>
          </w:p>
          <w:p>
            <w:r>
              <w:t>Ticket No. 1001</w:t>
            </w:r>
          </w:p>
        </w:tc>
      </w:tr>
      <w:tr>
        <w:tc>
          <w:tcPr>
            <w:tcW w:type="dxa" w:w="2880"/>
            <w:shd w:val="clear" w:color="auto" w:fill="F2F2F2"/>
          </w:tcPr>
          <w:p>
            <w:r/>
            <w:r>
              <w:rPr>
                <w:b/>
                <w:i w:val="0"/>
                <w:color w:val="6A1B9A"/>
                <w:sz w:val="18"/>
              </w:rPr>
              <w:t>No. 1002</w:t>
            </w:r>
          </w:p>
          <w:p>
            <w:r>
              <w:t>Name: ____________</w:t>
            </w:r>
          </w:p>
          <w:p>
            <w:r>
              <w:t>Phone: ____________</w:t>
            </w:r>
          </w:p>
        </w:tc>
        <w:tc>
          <w:tcPr>
            <w:tcW w:type="dxa" w:w="7200"/>
          </w:tcPr>
          <w:p>
            <w:r/>
            <w:r>
              <w:rPr>
                <w:b/>
                <w:i w:val="0"/>
                <w:color w:val="6A1B9A"/>
                <w:sz w:val="26"/>
              </w:rPr>
              <w:t>DOOR PRIZE TICKET</w:t>
            </w:r>
          </w:p>
          <w:p>
            <w:r>
              <w:t>Event name and date</w:t>
            </w:r>
          </w:p>
          <w:p>
            <w:r>
              <w:t>Keep this half. Drop the stub in the box.</w:t>
            </w:r>
          </w:p>
          <w:p>
            <w:r>
              <w:t>Ticket No. 1002</w:t>
            </w:r>
          </w:p>
        </w:tc>
      </w:tr>
      <w:tr>
        <w:tc>
          <w:tcPr>
            <w:tcW w:type="dxa" w:w="2880"/>
            <w:shd w:val="clear" w:color="auto" w:fill="F2F2F2"/>
          </w:tcPr>
          <w:p>
            <w:r/>
            <w:r>
              <w:rPr>
                <w:b/>
                <w:i w:val="0"/>
                <w:color w:val="6A1B9A"/>
                <w:sz w:val="18"/>
              </w:rPr>
              <w:t>No. 1003</w:t>
            </w:r>
          </w:p>
          <w:p>
            <w:r>
              <w:t>Name: ____________</w:t>
            </w:r>
          </w:p>
          <w:p>
            <w:r>
              <w:t>Phone: ____________</w:t>
            </w:r>
          </w:p>
        </w:tc>
        <w:tc>
          <w:tcPr>
            <w:tcW w:type="dxa" w:w="7200"/>
          </w:tcPr>
          <w:p>
            <w:r/>
            <w:r>
              <w:rPr>
                <w:b/>
                <w:i w:val="0"/>
                <w:color w:val="6A1B9A"/>
                <w:sz w:val="26"/>
              </w:rPr>
              <w:t>DOOR PRIZE TICKET</w:t>
            </w:r>
          </w:p>
          <w:p>
            <w:r>
              <w:t>Event name and date</w:t>
            </w:r>
          </w:p>
          <w:p>
            <w:r>
              <w:t>Keep this half. Drop the stub in the box.</w:t>
            </w:r>
          </w:p>
          <w:p>
            <w:r>
              <w:t>Ticket No. 1003</w:t>
            </w:r>
          </w:p>
        </w:tc>
      </w:tr>
      <w:tr>
        <w:tc>
          <w:tcPr>
            <w:tcW w:type="dxa" w:w="2880"/>
            <w:shd w:val="clear" w:color="auto" w:fill="F2F2F2"/>
          </w:tcPr>
          <w:p>
            <w:r/>
            <w:r>
              <w:rPr>
                <w:b/>
                <w:i w:val="0"/>
                <w:color w:val="6A1B9A"/>
                <w:sz w:val="18"/>
              </w:rPr>
              <w:t>No. 1004</w:t>
            </w:r>
          </w:p>
          <w:p>
            <w:r>
              <w:t>Name: ____________</w:t>
            </w:r>
          </w:p>
          <w:p>
            <w:r>
              <w:t>Phone: ____________</w:t>
            </w:r>
          </w:p>
        </w:tc>
        <w:tc>
          <w:tcPr>
            <w:tcW w:type="dxa" w:w="7200"/>
          </w:tcPr>
          <w:p>
            <w:r/>
            <w:r>
              <w:rPr>
                <w:b/>
                <w:i w:val="0"/>
                <w:color w:val="6A1B9A"/>
                <w:sz w:val="26"/>
              </w:rPr>
              <w:t>DOOR PRIZE TICKET</w:t>
            </w:r>
          </w:p>
          <w:p>
            <w:r>
              <w:t>Event name and date</w:t>
            </w:r>
          </w:p>
          <w:p>
            <w:r>
              <w:t>Keep this half. Drop the stub in the box.</w:t>
            </w:r>
          </w:p>
          <w:p>
            <w:r>
              <w:t>Ticket No. 1004</w:t>
            </w:r>
          </w:p>
        </w:tc>
      </w:tr>
      <w:tr>
        <w:tc>
          <w:tcPr>
            <w:tcW w:type="dxa" w:w="2880"/>
            <w:shd w:val="clear" w:color="auto" w:fill="F2F2F2"/>
          </w:tcPr>
          <w:p>
            <w:r/>
            <w:r>
              <w:rPr>
                <w:b/>
                <w:i w:val="0"/>
                <w:color w:val="6A1B9A"/>
                <w:sz w:val="18"/>
              </w:rPr>
              <w:t>No. 1005</w:t>
            </w:r>
          </w:p>
          <w:p>
            <w:r>
              <w:t>Name: ____________</w:t>
            </w:r>
          </w:p>
          <w:p>
            <w:r>
              <w:t>Phone: ____________</w:t>
            </w:r>
          </w:p>
        </w:tc>
        <w:tc>
          <w:tcPr>
            <w:tcW w:type="dxa" w:w="7200"/>
          </w:tcPr>
          <w:p>
            <w:r/>
            <w:r>
              <w:rPr>
                <w:b/>
                <w:i w:val="0"/>
                <w:color w:val="6A1B9A"/>
                <w:sz w:val="26"/>
              </w:rPr>
              <w:t>DOOR PRIZE TICKET</w:t>
            </w:r>
          </w:p>
          <w:p>
            <w:r>
              <w:t>Event name and date</w:t>
            </w:r>
          </w:p>
          <w:p>
            <w:r>
              <w:t>Keep this half. Drop the stub in the box.</w:t>
            </w:r>
          </w:p>
          <w:p>
            <w:r>
              <w:t>Ticket No. 1005</w:t>
            </w:r>
          </w:p>
        </w:tc>
      </w:tr>
      <w:tr>
        <w:tc>
          <w:tcPr>
            <w:tcW w:type="dxa" w:w="2880"/>
            <w:shd w:val="clear" w:color="auto" w:fill="F2F2F2"/>
          </w:tcPr>
          <w:p>
            <w:r/>
            <w:r>
              <w:rPr>
                <w:b/>
                <w:i w:val="0"/>
                <w:color w:val="6A1B9A"/>
                <w:sz w:val="18"/>
              </w:rPr>
              <w:t>No. 1006</w:t>
            </w:r>
          </w:p>
          <w:p>
            <w:r>
              <w:t>Name: ____________</w:t>
            </w:r>
          </w:p>
          <w:p>
            <w:r>
              <w:t>Phone: ____________</w:t>
            </w:r>
          </w:p>
        </w:tc>
        <w:tc>
          <w:tcPr>
            <w:tcW w:type="dxa" w:w="7200"/>
          </w:tcPr>
          <w:p>
            <w:r/>
            <w:r>
              <w:rPr>
                <w:b/>
                <w:i w:val="0"/>
                <w:color w:val="6A1B9A"/>
                <w:sz w:val="26"/>
              </w:rPr>
              <w:t>DOOR PRIZE TICKET</w:t>
            </w:r>
          </w:p>
          <w:p>
            <w:r>
              <w:t>Event name and date</w:t>
            </w:r>
          </w:p>
          <w:p>
            <w:r>
              <w:t>Keep this half. Drop the stub in the box.</w:t>
            </w:r>
          </w:p>
          <w:p>
            <w:r>
              <w:t>Ticket No. 1006</w:t>
            </w:r>
          </w:p>
        </w:tc>
      </w:tr>
      <w:tr>
        <w:tc>
          <w:tcPr>
            <w:tcW w:type="dxa" w:w="2880"/>
            <w:shd w:val="clear" w:color="auto" w:fill="F2F2F2"/>
          </w:tcPr>
          <w:p>
            <w:r/>
            <w:r>
              <w:rPr>
                <w:b/>
                <w:i w:val="0"/>
                <w:color w:val="6A1B9A"/>
                <w:sz w:val="18"/>
              </w:rPr>
              <w:t>No. 1007</w:t>
            </w:r>
          </w:p>
          <w:p>
            <w:r>
              <w:t>Name: ____________</w:t>
            </w:r>
          </w:p>
          <w:p>
            <w:r>
              <w:t>Phone: ____________</w:t>
            </w:r>
          </w:p>
        </w:tc>
        <w:tc>
          <w:tcPr>
            <w:tcW w:type="dxa" w:w="7200"/>
          </w:tcPr>
          <w:p>
            <w:r/>
            <w:r>
              <w:rPr>
                <w:b/>
                <w:i w:val="0"/>
                <w:color w:val="6A1B9A"/>
                <w:sz w:val="26"/>
              </w:rPr>
              <w:t>DOOR PRIZE TICKET</w:t>
            </w:r>
          </w:p>
          <w:p>
            <w:r>
              <w:t>Event name and date</w:t>
            </w:r>
          </w:p>
          <w:p>
            <w:r>
              <w:t>Keep this half. Drop the stub in the box.</w:t>
            </w:r>
          </w:p>
          <w:p>
            <w:r>
              <w:t>Ticket No. 1007</w:t>
            </w:r>
          </w:p>
        </w:tc>
      </w:tr>
      <w:tr>
        <w:tc>
          <w:tcPr>
            <w:tcW w:type="dxa" w:w="2880"/>
            <w:shd w:val="clear" w:color="auto" w:fill="F2F2F2"/>
          </w:tcPr>
          <w:p>
            <w:r/>
            <w:r>
              <w:rPr>
                <w:b/>
                <w:i w:val="0"/>
                <w:color w:val="6A1B9A"/>
                <w:sz w:val="18"/>
              </w:rPr>
              <w:t>No. 1008</w:t>
            </w:r>
          </w:p>
          <w:p>
            <w:r>
              <w:t>Name: ____________</w:t>
            </w:r>
          </w:p>
          <w:p>
            <w:r>
              <w:t>Phone: ____________</w:t>
            </w:r>
          </w:p>
        </w:tc>
        <w:tc>
          <w:tcPr>
            <w:tcW w:type="dxa" w:w="7200"/>
          </w:tcPr>
          <w:p>
            <w:r/>
            <w:r>
              <w:rPr>
                <w:b/>
                <w:i w:val="0"/>
                <w:color w:val="6A1B9A"/>
                <w:sz w:val="26"/>
              </w:rPr>
              <w:t>DOOR PRIZE TICKET</w:t>
            </w:r>
          </w:p>
          <w:p>
            <w:r>
              <w:t>Event name and date</w:t>
            </w:r>
          </w:p>
          <w:p>
            <w:r>
              <w:t>Keep this half. Drop the stub in the box.</w:t>
            </w:r>
          </w:p>
          <w:p>
            <w:r>
              <w:t>Ticket No. 1008</w:t>
            </w:r>
          </w:p>
        </w:tc>
      </w:tr>
    </w:tbl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