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b/>
          <w:i w:val="0"/>
          <w:color w:val="375623"/>
          <w:sz w:val="44"/>
        </w:rPr>
        <w:t>EVENT SIGN-IN SHEET</w:t>
      </w:r>
    </w:p>
    <w:tbl>
      <w:tblPr>
        <w:tblStyle w:val="TableGrid"/>
        <w:tblLook w:firstColumn="1" w:firstRow="1" w:lastColumn="0" w:lastRow="0" w:noHBand="0" w:noVBand="1" w:val="04A0"/>
        <w:tblW w:w="12816" w:type="dxa"/>
        <w:tblLayout w:type="fixed"/>
      </w:tblPr>
      <w:tblGrid>
        <w:gridCol w:w="1872"/>
        <w:gridCol w:w="4536"/>
        <w:gridCol w:w="1872"/>
        <w:gridCol w:w="4536"/>
      </w:tblGrid>
      <w:tr>
        <w:tc>
          <w:tcPr>
            <w:tcW w:type="dxa" w:w="1872"/>
            <w:shd w:val="clear" w:color="auto" w:fill="E2F0D9"/>
          </w:tcPr>
          <w:p>
            <w:r/>
            <w:r>
              <w:rPr>
                <w:b/>
                <w:i w:val="0"/>
                <w:color w:val="375623"/>
                <w:sz w:val="20"/>
              </w:rPr>
              <w:t>Event</w:t>
            </w:r>
          </w:p>
        </w:tc>
        <w:tc>
          <w:tcPr>
            <w:tcW w:type="dxa" w:w="4536"/>
          </w:tcPr>
          <w:p>
            <w:r/>
            <w:r>
              <w:rPr>
                <w:b w:val="0"/>
                <w:i w:val="0"/>
                <w:sz w:val="20"/>
              </w:rPr>
              <w:t>Community Workshop</w:t>
            </w:r>
          </w:p>
        </w:tc>
        <w:tc>
          <w:tcPr>
            <w:tcW w:type="dxa" w:w="1872"/>
            <w:shd w:val="clear" w:color="auto" w:fill="E2F0D9"/>
          </w:tcPr>
          <w:p>
            <w:r/>
            <w:r>
              <w:rPr>
                <w:b/>
                <w:i w:val="0"/>
                <w:color w:val="375623"/>
                <w:sz w:val="20"/>
              </w:rPr>
              <w:t>Date</w:t>
            </w:r>
          </w:p>
        </w:tc>
        <w:tc>
          <w:tcPr>
            <w:tcW w:type="dxa" w:w="4536"/>
          </w:tcPr>
          <w:p>
            <w:r/>
            <w:r>
              <w:rPr>
                <w:b w:val="0"/>
                <w:i w:val="0"/>
                <w:sz w:val="20"/>
              </w:rPr>
              <w:t>Nov 20, 2026</w:t>
            </w:r>
          </w:p>
        </w:tc>
      </w:tr>
      <w:tr>
        <w:tc>
          <w:tcPr>
            <w:tcW w:type="dxa" w:w="1872"/>
            <w:shd w:val="clear" w:color="auto" w:fill="E2F0D9"/>
          </w:tcPr>
          <w:p>
            <w:r/>
            <w:r>
              <w:rPr>
                <w:b/>
                <w:i w:val="0"/>
                <w:color w:val="375623"/>
                <w:sz w:val="20"/>
              </w:rPr>
              <w:t>Venue</w:t>
            </w:r>
          </w:p>
        </w:tc>
        <w:tc>
          <w:tcPr>
            <w:tcW w:type="dxa" w:w="4536"/>
          </w:tcPr>
          <w:p>
            <w:r/>
            <w:r>
              <w:rPr>
                <w:b w:val="0"/>
                <w:i w:val="0"/>
                <w:sz w:val="20"/>
              </w:rPr>
              <w:t>City Library Hall</w:t>
            </w:r>
          </w:p>
        </w:tc>
        <w:tc>
          <w:tcPr>
            <w:tcW w:type="dxa" w:w="1872"/>
            <w:shd w:val="clear" w:color="auto" w:fill="E2F0D9"/>
          </w:tcPr>
          <w:p>
            <w:r/>
            <w:r>
              <w:rPr>
                <w:b/>
                <w:i w:val="0"/>
                <w:color w:val="375623"/>
                <w:sz w:val="20"/>
              </w:rPr>
              <w:t>Organizer</w:t>
            </w:r>
          </w:p>
        </w:tc>
        <w:tc>
          <w:tcPr>
            <w:tcW w:type="dxa" w:w="4536"/>
          </w:tcPr>
          <w:p>
            <w:r/>
            <w:r>
              <w:rPr>
                <w:b w:val="0"/>
                <w:i w:val="0"/>
                <w:sz w:val="20"/>
              </w:rPr>
              <w:t>[Name]</w:t>
            </w:r>
          </w:p>
        </w:tc>
      </w:tr>
    </w:tbl>
    <w:p>
      <w:pPr>
        <w:spacing w:before="0" w:after="10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2816" w:type="dxa"/>
        <w:tblLayout w:type="fixed"/>
      </w:tblPr>
      <w:tblGrid>
        <w:gridCol w:w="576"/>
        <w:gridCol w:w="2592"/>
        <w:gridCol w:w="3311"/>
        <w:gridCol w:w="2015"/>
        <w:gridCol w:w="2160"/>
        <w:gridCol w:w="2160"/>
      </w:tblGrid>
      <w:tr>
        <w:tc>
          <w:tcPr>
            <w:tcW w:type="dxa" w:w="576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#</w:t>
            </w:r>
          </w:p>
        </w:tc>
        <w:tc>
          <w:tcPr>
            <w:tcW w:type="dxa" w:w="2592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Full Name</w:t>
            </w:r>
          </w:p>
        </w:tc>
        <w:tc>
          <w:tcPr>
            <w:tcW w:type="dxa" w:w="3312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Email</w:t>
            </w:r>
          </w:p>
        </w:tc>
        <w:tc>
          <w:tcPr>
            <w:tcW w:type="dxa" w:w="2016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Phone</w:t>
            </w:r>
          </w:p>
        </w:tc>
        <w:tc>
          <w:tcPr>
            <w:tcW w:type="dxa" w:w="2160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Organization</w:t>
            </w:r>
          </w:p>
        </w:tc>
        <w:tc>
          <w:tcPr>
            <w:tcW w:type="dxa" w:w="2160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Signature</w:t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Hannah Lee</w:t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hannah@email.com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555-0142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Greenfield Co.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color w:val="1F3A93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Marcus Cole</w:t>
            </w:r>
          </w:p>
        </w:tc>
        <w:tc>
          <w:tcPr>
            <w:tcW w:type="dxa" w:w="3312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marcus@email.com</w:t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555-0178</w:t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Self</w:t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Nina Patel</w:t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nina@email.com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555-0119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City Council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color w:val="1F3A93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9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10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11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13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14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15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80" w:after="0"/>
      </w:pPr>
      <w:r>
        <w:rPr>
          <w:b w:val="0"/>
          <w:i/>
          <w:color w:val="757575"/>
          <w:sz w:val="17"/>
        </w:rPr>
        <w:t>By signing in you agree to be contacted about this event. Your details will not be shared.</w:t>
      </w:r>
    </w:p>
    <w:sectPr w:rsidR="00FC693F" w:rsidRPr="0006063C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