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b w:val="0"/>
          <w:i w:val="0"/>
          <w:color w:val="E91E63"/>
          <w:sz w:val="28"/>
        </w:rPr>
        <w:t xml:space="preserve">★ ★ ★ ★ ★ ★ ★ ★ ★ ★ ★ ★ ★ ★ ★ ★ ★ ★ ★ ★ ★ ★ ★ ★ ★ ★ ★ ★ ★ ★ </w:t>
      </w:r>
    </w:p>
    <w:p>
      <w:pPr>
        <w:spacing w:before="0" w:after="120"/>
        <w:jc w:val="center"/>
      </w:pPr>
      <w:r>
        <w:rPr>
          <w:b/>
          <w:i w:val="0"/>
          <w:color w:val="E91E63"/>
          <w:sz w:val="64"/>
        </w:rPr>
        <w:t>You're Invited!</w:t>
      </w:r>
    </w:p>
    <w:p>
      <w:pPr>
        <w:spacing w:before="0" w:after="160"/>
        <w:jc w:val="center"/>
      </w:pPr>
      <w:r>
        <w:rPr>
          <w:b w:val="0"/>
          <w:i w:val="0"/>
          <w:sz w:val="28"/>
        </w:rPr>
        <w:t>Join us for [Child's Name]'s</w:t>
      </w:r>
    </w:p>
    <w:p>
      <w:pPr>
        <w:spacing w:before="0" w:after="160"/>
        <w:jc w:val="center"/>
      </w:pPr>
      <w:r>
        <w:rPr>
          <w:b/>
          <w:i w:val="0"/>
          <w:color w:val="E91E63"/>
          <w:sz w:val="52"/>
        </w:rPr>
        <w:t>7th Birthday Party</w:t>
      </w:r>
    </w:p>
    <w:p>
      <w:pPr>
        <w:spacing w:before="0" w:after="160"/>
        <w:jc w:val="center"/>
      </w:pPr>
      <w:r>
        <w:rPr>
          <w:b w:val="0"/>
          <w:i w:val="0"/>
          <w:sz w:val="26"/>
        </w:rPr>
        <w:t>Saturday, November 14, 2026  •  2:00 – 5:00 PM</w:t>
      </w:r>
    </w:p>
    <w:p>
      <w:pPr>
        <w:spacing w:before="0" w:after="160"/>
        <w:jc w:val="center"/>
      </w:pPr>
      <w:r>
        <w:rPr>
          <w:b w:val="0"/>
          <w:i w:val="0"/>
          <w:sz w:val="24"/>
        </w:rPr>
        <w:t>[Venue name], [Street address], [City]</w:t>
      </w:r>
    </w:p>
    <w:p>
      <w:pPr>
        <w:spacing w:before="0" w:after="160"/>
        <w:jc w:val="center"/>
      </w:pPr>
      <w:r>
        <w:rPr>
          <w:b/>
          <w:i w:val="0"/>
          <w:color w:val="E91E63"/>
          <w:sz w:val="24"/>
        </w:rPr>
        <w:t>Games  •  Cake  •  Party bags</w:t>
      </w:r>
    </w:p>
    <w:p>
      <w:pPr>
        <w:spacing w:before="240" w:after="360"/>
        <w:jc w:val="center"/>
      </w:pPr>
      <w:r>
        <w:rPr>
          <w:b w:val="0"/>
          <w:i/>
          <w:color w:val="595959"/>
          <w:sz w:val="22"/>
        </w:rPr>
        <w:t>Please RSVP to [Parent name] at [phone] by November 7</w:t>
      </w:r>
    </w:p>
    <w:p>
      <w:pPr>
        <w:spacing w:before="0" w:after="0"/>
        <w:jc w:val="center"/>
      </w:pPr>
      <w:r>
        <w:rPr>
          <w:b w:val="0"/>
          <w:i w:val="0"/>
          <w:color w:val="E91E63"/>
          <w:sz w:val="28"/>
        </w:rPr>
        <w:t xml:space="preserve">★ ★ ★ ★ ★ ★ ★ ★ ★ ★ ★ ★ ★ ★ ★ ★ ★ ★ ★ ★ ★ ★ ★ ★ ★ ★ ★ ★ ★ ★ </w:t>
      </w:r>
    </w:p>
    <w:sectPr w:rsidR="00FC693F" w:rsidRPr="0006063C" w:rsidSect="00034616">
      <w:pgSz w:w="12240" w:h="15840"/>
      <w:pgMar w:top="1728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