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dashed" w:sz="6" w:color="9E9E9E"/>
          <w:left w:val="dashed" w:sz="6" w:color="9E9E9E"/>
          <w:bottom w:val="dashed" w:sz="6" w:color="9E9E9E"/>
          <w:right w:val="dashed" w:sz="6" w:color="9E9E9E"/>
          <w:insideH w:val="dashed" w:sz="6" w:color="9E9E9E"/>
          <w:insideV w:val="dashed" w:sz="6" w:color="9E9E9E"/>
        </w:tblBorders>
      </w:tblPr>
      <w:tblGrid>
        <w:gridCol w:w="5040"/>
        <w:gridCol w:w="5040"/>
      </w:tblGrid>
      <w:tr>
        <w:trPr>
          <w:trHeight w:val="2880" w:hRule="exact"/>
        </w:trPr>
        <w:tc>
          <w:tcPr>
            <w:tcW w:type="dxa" w:w="5040"/>
            <w:tcMar>
              <w:top w:w="60" w:type="dxa"/>
              <w:left w:w="120" w:type="dxa"/>
              <w:bottom w:w="40" w:type="dxa"/>
              <w:right w:w="120" w:type="dxa"/>
            </w:tcMar>
          </w:tcPr>
          <w:p>
            <w:pPr>
              <w:spacing w:after="0" w:before="0"/>
              <w:jc w:val="center"/>
            </w:pPr>
            <w:r>
              <w:rPr>
                <w:b/>
                <w:i w:val="0"/>
                <w:color w:val="1565C0"/>
                <w:sz w:val="26"/>
              </w:rPr>
              <w:t>[BUSINESS NAME]</w:t>
            </w:r>
          </w:p>
          <w:p>
            <w:pPr>
              <w:spacing w:after="60" w:before="0"/>
              <w:jc w:val="center"/>
            </w:pPr>
            <w:r>
              <w:rPr>
                <w:b w:val="0"/>
                <w:i w:val="0"/>
                <w:color w:val="546E7A"/>
                <w:sz w:val="16"/>
              </w:rPr>
              <w:t>Customer Rewards Punch Card</w:t>
            </w:r>
          </w:p>
          <w:tbl>
            <w:tblPr>
              <w:tblW w:type="auto" w:w="0"/>
              <w:jc w:val="center"/>
              <w:tblLayout w:type="fixed"/>
              <w:tblLook w:firstColumn="1" w:firstRow="1" w:lastColumn="0" w:lastRow="0" w:noHBand="0" w:noVBand="1" w:val="04A0"/>
              <w:tblBorders>
                <w:top w:val="single" w:sz="8" w:color="1565C0"/>
                <w:left w:val="single" w:sz="8" w:color="1565C0"/>
                <w:bottom w:val="single" w:sz="8" w:color="1565C0"/>
                <w:right w:val="single" w:sz="8" w:color="1565C0"/>
                <w:insideH w:val="single" w:sz="8" w:color="1565C0"/>
                <w:insideV w:val="single" w:sz="8" w:color="1565C0"/>
              </w:tblBorders>
              <w:tblW w:w="3600" w:type="dxa"/>
              <w:tblLayout w:type="fixed"/>
            </w:tblPr>
            <w:tblGrid>
              <w:gridCol w:w="720"/>
              <w:gridCol w:w="720"/>
              <w:gridCol w:w="720"/>
              <w:gridCol w:w="720"/>
              <w:gridCol w:w="720"/>
            </w:tblGrid>
            <w:tr>
              <w:trPr>
                <w:trHeight w:val="518" w:hRule="exact"/>
              </w:trPr>
              <w:tc>
                <w:tcPr>
                  <w:tcW w:type="dxa" w:w="720"/>
                </w:tcPr>
                <w:p>
                  <w:pPr>
                    <w:spacing w:after="0" w:before="80"/>
                    <w:jc w:val="center"/>
                  </w:pPr>
                  <w:r>
                    <w:rPr>
                      <w:b/>
                      <w:i w:val="0"/>
                      <w:color w:val="90A4AE"/>
                      <w:sz w:val="18"/>
                    </w:rPr>
                    <w:t>1</w:t>
                  </w:r>
                </w:p>
              </w:tc>
              <w:tc>
                <w:tcPr>
                  <w:tcW w:type="dxa" w:w="720"/>
                </w:tcPr>
                <w:p>
                  <w:pPr>
                    <w:spacing w:after="0" w:before="80"/>
                    <w:jc w:val="center"/>
                  </w:pPr>
                  <w:r>
                    <w:rPr>
                      <w:b/>
                      <w:i w:val="0"/>
                      <w:color w:val="90A4AE"/>
                      <w:sz w:val="18"/>
                    </w:rPr>
                    <w:t>2</w:t>
                  </w:r>
                </w:p>
              </w:tc>
              <w:tc>
                <w:tcPr>
                  <w:tcW w:type="dxa" w:w="720"/>
                </w:tcPr>
                <w:p>
                  <w:pPr>
                    <w:spacing w:after="0" w:before="80"/>
                    <w:jc w:val="center"/>
                  </w:pPr>
                  <w:r>
                    <w:rPr>
                      <w:b/>
                      <w:i w:val="0"/>
                      <w:color w:val="90A4AE"/>
                      <w:sz w:val="18"/>
                    </w:rPr>
                    <w:t>3</w:t>
                  </w:r>
                </w:p>
              </w:tc>
              <w:tc>
                <w:tcPr>
                  <w:tcW w:type="dxa" w:w="720"/>
                </w:tcPr>
                <w:p>
                  <w:pPr>
                    <w:spacing w:after="0" w:before="80"/>
                    <w:jc w:val="center"/>
                  </w:pPr>
                  <w:r>
                    <w:rPr>
                      <w:b/>
                      <w:i w:val="0"/>
                      <w:color w:val="90A4AE"/>
                      <w:sz w:val="18"/>
                    </w:rPr>
                    <w:t>4</w:t>
                  </w:r>
                </w:p>
              </w:tc>
              <w:tc>
                <w:tcPr>
                  <w:tcW w:type="dxa" w:w="720"/>
                </w:tcPr>
                <w:p>
                  <w:pPr>
                    <w:spacing w:after="0" w:before="80"/>
                    <w:jc w:val="center"/>
                  </w:pPr>
                  <w:r>
                    <w:rPr>
                      <w:b/>
                      <w:i w:val="0"/>
                      <w:color w:val="90A4AE"/>
                      <w:sz w:val="18"/>
                    </w:rPr>
                    <w:t>5</w:t>
                  </w:r>
                </w:p>
              </w:tc>
            </w:tr>
            <w:tr>
              <w:trPr>
                <w:trHeight w:val="518" w:hRule="exact"/>
              </w:trPr>
              <w:tc>
                <w:tcPr>
                  <w:tcW w:type="dxa" w:w="720"/>
                </w:tcPr>
                <w:p>
                  <w:pPr>
                    <w:spacing w:after="0" w:before="80"/>
                    <w:jc w:val="center"/>
                  </w:pPr>
                  <w:r>
                    <w:rPr>
                      <w:b/>
                      <w:i w:val="0"/>
                      <w:color w:val="90A4AE"/>
                      <w:sz w:val="18"/>
                    </w:rPr>
                    <w:t>6</w:t>
                  </w:r>
                </w:p>
              </w:tc>
              <w:tc>
                <w:tcPr>
                  <w:tcW w:type="dxa" w:w="720"/>
                </w:tcPr>
                <w:p>
                  <w:pPr>
                    <w:spacing w:after="0" w:before="80"/>
                    <w:jc w:val="center"/>
                  </w:pPr>
                  <w:r>
                    <w:rPr>
                      <w:b/>
                      <w:i w:val="0"/>
                      <w:color w:val="90A4AE"/>
                      <w:sz w:val="18"/>
                    </w:rPr>
                    <w:t>7</w:t>
                  </w:r>
                </w:p>
              </w:tc>
              <w:tc>
                <w:tcPr>
                  <w:tcW w:type="dxa" w:w="720"/>
                </w:tcPr>
                <w:p>
                  <w:pPr>
                    <w:spacing w:after="0" w:before="80"/>
                    <w:jc w:val="center"/>
                  </w:pPr>
                  <w:r>
                    <w:rPr>
                      <w:b/>
                      <w:i w:val="0"/>
                      <w:color w:val="90A4AE"/>
                      <w:sz w:val="18"/>
                    </w:rPr>
                    <w:t>8</w:t>
                  </w:r>
                </w:p>
              </w:tc>
              <w:tc>
                <w:tcPr>
                  <w:tcW w:type="dxa" w:w="720"/>
                </w:tcPr>
                <w:p>
                  <w:pPr>
                    <w:spacing w:after="0" w:before="80"/>
                    <w:jc w:val="center"/>
                  </w:pPr>
                  <w:r>
                    <w:rPr>
                      <w:b/>
                      <w:i w:val="0"/>
                      <w:color w:val="90A4AE"/>
                      <w:sz w:val="18"/>
                    </w:rPr>
                    <w:t>9</w:t>
                  </w:r>
                </w:p>
              </w:tc>
              <w:tc>
                <w:tcPr>
                  <w:tcW w:type="dxa" w:w="720"/>
                  <w:shd w:val="clear" w:color="auto" w:fill="1565C0"/>
                </w:tcPr>
                <w:p>
                  <w:pPr>
                    <w:spacing w:after="0" w:before="80"/>
                    <w:jc w:val="center"/>
                  </w:pPr>
                  <w:r>
                    <w:rPr>
                      <w:b/>
                      <w:i w:val="0"/>
                      <w:color w:val="FFFFFF"/>
                      <w:sz w:val="14"/>
                    </w:rPr>
                    <w:t>FREE</w:t>
                  </w:r>
                </w:p>
              </w:tc>
            </w:tr>
          </w:tbl>
          <w:p/>
          <w:p>
            <w:pPr>
              <w:spacing w:after="0" w:before="60"/>
              <w:jc w:val="center"/>
            </w:pPr>
            <w:r>
              <w:rPr>
                <w:b/>
                <w:i w:val="0"/>
                <w:color w:val="0D47A1"/>
                <w:sz w:val="15"/>
              </w:rPr>
              <w:t>Collect 9 punches and your 10th visit is on us.</w:t>
            </w:r>
          </w:p>
          <w:p>
            <w:pPr>
              <w:spacing w:after="0" w:before="20"/>
              <w:jc w:val="center"/>
            </w:pPr>
            <w:r>
              <w:rPr>
                <w:b w:val="0"/>
                <w:i w:val="0"/>
                <w:color w:val="546E7A"/>
                <w:sz w:val="13"/>
              </w:rPr>
              <w:t>Name: ______________  Start: ______  Expires: ______</w:t>
            </w:r>
          </w:p>
        </w:tc>
        <w:tc>
          <w:tcPr>
            <w:tcW w:type="dxa" w:w="5040"/>
            <w:tcMar>
              <w:top w:w="60" w:type="dxa"/>
              <w:left w:w="120" w:type="dxa"/>
              <w:bottom w:w="40" w:type="dxa"/>
              <w:right w:w="120" w:type="dxa"/>
            </w:tcMar>
          </w:tcPr>
          <w:p>
            <w:pPr>
              <w:spacing w:after="0" w:before="0"/>
              <w:jc w:val="center"/>
            </w:pPr>
            <w:r>
              <w:rPr>
                <w:b/>
                <w:i w:val="0"/>
                <w:color w:val="1565C0"/>
                <w:sz w:val="26"/>
              </w:rPr>
              <w:t>[BUSINESS NAME]</w:t>
            </w:r>
          </w:p>
          <w:p>
            <w:pPr>
              <w:spacing w:after="60" w:before="0"/>
              <w:jc w:val="center"/>
            </w:pPr>
            <w:r>
              <w:rPr>
                <w:b w:val="0"/>
                <w:i w:val="0"/>
                <w:color w:val="546E7A"/>
                <w:sz w:val="16"/>
              </w:rPr>
              <w:t>Customer Rewards Punch Card</w:t>
            </w:r>
          </w:p>
          <w:tbl>
            <w:tblPr>
              <w:tblW w:type="auto" w:w="0"/>
              <w:jc w:val="center"/>
              <w:tblLayout w:type="fixed"/>
              <w:tblLook w:firstColumn="1" w:firstRow="1" w:lastColumn="0" w:lastRow="0" w:noHBand="0" w:noVBand="1" w:val="04A0"/>
              <w:tblBorders>
                <w:top w:val="single" w:sz="8" w:color="1565C0"/>
                <w:left w:val="single" w:sz="8" w:color="1565C0"/>
                <w:bottom w:val="single" w:sz="8" w:color="1565C0"/>
                <w:right w:val="single" w:sz="8" w:color="1565C0"/>
                <w:insideH w:val="single" w:sz="8" w:color="1565C0"/>
                <w:insideV w:val="single" w:sz="8" w:color="1565C0"/>
              </w:tblBorders>
              <w:tblW w:w="3600" w:type="dxa"/>
              <w:tblLayout w:type="fixed"/>
            </w:tblPr>
            <w:tblGrid>
              <w:gridCol w:w="720"/>
              <w:gridCol w:w="720"/>
              <w:gridCol w:w="720"/>
              <w:gridCol w:w="720"/>
              <w:gridCol w:w="720"/>
            </w:tblGrid>
            <w:tr>
              <w:trPr>
                <w:trHeight w:val="518" w:hRule="exact"/>
              </w:trPr>
              <w:tc>
                <w:tcPr>
                  <w:tcW w:type="dxa" w:w="720"/>
                </w:tcPr>
                <w:p>
                  <w:pPr>
                    <w:spacing w:after="0" w:before="80"/>
                    <w:jc w:val="center"/>
                  </w:pPr>
                  <w:r>
                    <w:rPr>
                      <w:b/>
                      <w:i w:val="0"/>
                      <w:color w:val="90A4AE"/>
                      <w:sz w:val="18"/>
                    </w:rPr>
                    <w:t>1</w:t>
                  </w:r>
                </w:p>
              </w:tc>
              <w:tc>
                <w:tcPr>
                  <w:tcW w:type="dxa" w:w="720"/>
                </w:tcPr>
                <w:p>
                  <w:pPr>
                    <w:spacing w:after="0" w:before="80"/>
                    <w:jc w:val="center"/>
                  </w:pPr>
                  <w:r>
                    <w:rPr>
                      <w:b/>
                      <w:i w:val="0"/>
                      <w:color w:val="90A4AE"/>
                      <w:sz w:val="18"/>
                    </w:rPr>
                    <w:t>2</w:t>
                  </w:r>
                </w:p>
              </w:tc>
              <w:tc>
                <w:tcPr>
                  <w:tcW w:type="dxa" w:w="720"/>
                </w:tcPr>
                <w:p>
                  <w:pPr>
                    <w:spacing w:after="0" w:before="80"/>
                    <w:jc w:val="center"/>
                  </w:pPr>
                  <w:r>
                    <w:rPr>
                      <w:b/>
                      <w:i w:val="0"/>
                      <w:color w:val="90A4AE"/>
                      <w:sz w:val="18"/>
                    </w:rPr>
                    <w:t>3</w:t>
                  </w:r>
                </w:p>
              </w:tc>
              <w:tc>
                <w:tcPr>
                  <w:tcW w:type="dxa" w:w="720"/>
                </w:tcPr>
                <w:p>
                  <w:pPr>
                    <w:spacing w:after="0" w:before="80"/>
                    <w:jc w:val="center"/>
                  </w:pPr>
                  <w:r>
                    <w:rPr>
                      <w:b/>
                      <w:i w:val="0"/>
                      <w:color w:val="90A4AE"/>
                      <w:sz w:val="18"/>
                    </w:rPr>
                    <w:t>4</w:t>
                  </w:r>
                </w:p>
              </w:tc>
              <w:tc>
                <w:tcPr>
                  <w:tcW w:type="dxa" w:w="720"/>
                </w:tcPr>
                <w:p>
                  <w:pPr>
                    <w:spacing w:after="0" w:before="80"/>
                    <w:jc w:val="center"/>
                  </w:pPr>
                  <w:r>
                    <w:rPr>
                      <w:b/>
                      <w:i w:val="0"/>
                      <w:color w:val="90A4AE"/>
                      <w:sz w:val="18"/>
                    </w:rPr>
                    <w:t>5</w:t>
                  </w:r>
                </w:p>
              </w:tc>
            </w:tr>
            <w:tr>
              <w:trPr>
                <w:trHeight w:val="518" w:hRule="exact"/>
              </w:trPr>
              <w:tc>
                <w:tcPr>
                  <w:tcW w:type="dxa" w:w="720"/>
                </w:tcPr>
                <w:p>
                  <w:pPr>
                    <w:spacing w:after="0" w:before="80"/>
                    <w:jc w:val="center"/>
                  </w:pPr>
                  <w:r>
                    <w:rPr>
                      <w:b/>
                      <w:i w:val="0"/>
                      <w:color w:val="90A4AE"/>
                      <w:sz w:val="18"/>
                    </w:rPr>
                    <w:t>6</w:t>
                  </w:r>
                </w:p>
              </w:tc>
              <w:tc>
                <w:tcPr>
                  <w:tcW w:type="dxa" w:w="720"/>
                </w:tcPr>
                <w:p>
                  <w:pPr>
                    <w:spacing w:after="0" w:before="80"/>
                    <w:jc w:val="center"/>
                  </w:pPr>
                  <w:r>
                    <w:rPr>
                      <w:b/>
                      <w:i w:val="0"/>
                      <w:color w:val="90A4AE"/>
                      <w:sz w:val="18"/>
                    </w:rPr>
                    <w:t>7</w:t>
                  </w:r>
                </w:p>
              </w:tc>
              <w:tc>
                <w:tcPr>
                  <w:tcW w:type="dxa" w:w="720"/>
                </w:tcPr>
                <w:p>
                  <w:pPr>
                    <w:spacing w:after="0" w:before="80"/>
                    <w:jc w:val="center"/>
                  </w:pPr>
                  <w:r>
                    <w:rPr>
                      <w:b/>
                      <w:i w:val="0"/>
                      <w:color w:val="90A4AE"/>
                      <w:sz w:val="18"/>
                    </w:rPr>
                    <w:t>8</w:t>
                  </w:r>
                </w:p>
              </w:tc>
              <w:tc>
                <w:tcPr>
                  <w:tcW w:type="dxa" w:w="720"/>
                </w:tcPr>
                <w:p>
                  <w:pPr>
                    <w:spacing w:after="0" w:before="80"/>
                    <w:jc w:val="center"/>
                  </w:pPr>
                  <w:r>
                    <w:rPr>
                      <w:b/>
                      <w:i w:val="0"/>
                      <w:color w:val="90A4AE"/>
                      <w:sz w:val="18"/>
                    </w:rPr>
                    <w:t>9</w:t>
                  </w:r>
                </w:p>
              </w:tc>
              <w:tc>
                <w:tcPr>
                  <w:tcW w:type="dxa" w:w="720"/>
                  <w:shd w:val="clear" w:color="auto" w:fill="1565C0"/>
                </w:tcPr>
                <w:p>
                  <w:pPr>
                    <w:spacing w:after="0" w:before="80"/>
                    <w:jc w:val="center"/>
                  </w:pPr>
                  <w:r>
                    <w:rPr>
                      <w:b/>
                      <w:i w:val="0"/>
                      <w:color w:val="FFFFFF"/>
                      <w:sz w:val="14"/>
                    </w:rPr>
                    <w:t>FREE</w:t>
                  </w:r>
                </w:p>
              </w:tc>
            </w:tr>
          </w:tbl>
          <w:p/>
          <w:p>
            <w:pPr>
              <w:spacing w:after="0" w:before="60"/>
              <w:jc w:val="center"/>
            </w:pPr>
            <w:r>
              <w:rPr>
                <w:b/>
                <w:i w:val="0"/>
                <w:color w:val="0D47A1"/>
                <w:sz w:val="15"/>
              </w:rPr>
              <w:t>Collect 9 punches and your 10th visit is on us.</w:t>
            </w:r>
          </w:p>
          <w:p>
            <w:pPr>
              <w:spacing w:after="0" w:before="20"/>
              <w:jc w:val="center"/>
            </w:pPr>
            <w:r>
              <w:rPr>
                <w:b w:val="0"/>
                <w:i w:val="0"/>
                <w:color w:val="546E7A"/>
                <w:sz w:val="13"/>
              </w:rPr>
              <w:t>Name: ______________  Start: ______  Expires: ______</w:t>
            </w:r>
          </w:p>
        </w:tc>
      </w:tr>
      <w:tr>
        <w:trPr>
          <w:trHeight w:val="2880" w:hRule="exact"/>
        </w:trPr>
        <w:tc>
          <w:tcPr>
            <w:tcW w:type="dxa" w:w="5040"/>
            <w:tcMar>
              <w:top w:w="60" w:type="dxa"/>
              <w:left w:w="120" w:type="dxa"/>
              <w:bottom w:w="40" w:type="dxa"/>
              <w:right w:w="120" w:type="dxa"/>
            </w:tcMar>
          </w:tcPr>
          <w:p>
            <w:pPr>
              <w:spacing w:after="0" w:before="0"/>
              <w:jc w:val="center"/>
            </w:pPr>
            <w:r>
              <w:rPr>
                <w:b/>
                <w:i w:val="0"/>
                <w:color w:val="1565C0"/>
                <w:sz w:val="26"/>
              </w:rPr>
              <w:t>[BUSINESS NAME]</w:t>
            </w:r>
          </w:p>
          <w:p>
            <w:pPr>
              <w:spacing w:after="60" w:before="0"/>
              <w:jc w:val="center"/>
            </w:pPr>
            <w:r>
              <w:rPr>
                <w:b w:val="0"/>
                <w:i w:val="0"/>
                <w:color w:val="546E7A"/>
                <w:sz w:val="16"/>
              </w:rPr>
              <w:t>Customer Rewards Punch Card</w:t>
            </w:r>
          </w:p>
          <w:tbl>
            <w:tblPr>
              <w:tblW w:type="auto" w:w="0"/>
              <w:jc w:val="center"/>
              <w:tblLayout w:type="fixed"/>
              <w:tblLook w:firstColumn="1" w:firstRow="1" w:lastColumn="0" w:lastRow="0" w:noHBand="0" w:noVBand="1" w:val="04A0"/>
              <w:tblBorders>
                <w:top w:val="single" w:sz="8" w:color="1565C0"/>
                <w:left w:val="single" w:sz="8" w:color="1565C0"/>
                <w:bottom w:val="single" w:sz="8" w:color="1565C0"/>
                <w:right w:val="single" w:sz="8" w:color="1565C0"/>
                <w:insideH w:val="single" w:sz="8" w:color="1565C0"/>
                <w:insideV w:val="single" w:sz="8" w:color="1565C0"/>
              </w:tblBorders>
              <w:tblW w:w="3600" w:type="dxa"/>
              <w:tblLayout w:type="fixed"/>
            </w:tblPr>
            <w:tblGrid>
              <w:gridCol w:w="720"/>
              <w:gridCol w:w="720"/>
              <w:gridCol w:w="720"/>
              <w:gridCol w:w="720"/>
              <w:gridCol w:w="720"/>
            </w:tblGrid>
            <w:tr>
              <w:trPr>
                <w:trHeight w:val="518" w:hRule="exact"/>
              </w:trPr>
              <w:tc>
                <w:tcPr>
                  <w:tcW w:type="dxa" w:w="720"/>
                </w:tcPr>
                <w:p>
                  <w:pPr>
                    <w:spacing w:after="0" w:before="80"/>
                    <w:jc w:val="center"/>
                  </w:pPr>
                  <w:r>
                    <w:rPr>
                      <w:b/>
                      <w:i w:val="0"/>
                      <w:color w:val="90A4AE"/>
                      <w:sz w:val="18"/>
                    </w:rPr>
                    <w:t>1</w:t>
                  </w:r>
                </w:p>
              </w:tc>
              <w:tc>
                <w:tcPr>
                  <w:tcW w:type="dxa" w:w="720"/>
                </w:tcPr>
                <w:p>
                  <w:pPr>
                    <w:spacing w:after="0" w:before="80"/>
                    <w:jc w:val="center"/>
                  </w:pPr>
                  <w:r>
                    <w:rPr>
                      <w:b/>
                      <w:i w:val="0"/>
                      <w:color w:val="90A4AE"/>
                      <w:sz w:val="18"/>
                    </w:rPr>
                    <w:t>2</w:t>
                  </w:r>
                </w:p>
              </w:tc>
              <w:tc>
                <w:tcPr>
                  <w:tcW w:type="dxa" w:w="720"/>
                </w:tcPr>
                <w:p>
                  <w:pPr>
                    <w:spacing w:after="0" w:before="80"/>
                    <w:jc w:val="center"/>
                  </w:pPr>
                  <w:r>
                    <w:rPr>
                      <w:b/>
                      <w:i w:val="0"/>
                      <w:color w:val="90A4AE"/>
                      <w:sz w:val="18"/>
                    </w:rPr>
                    <w:t>3</w:t>
                  </w:r>
                </w:p>
              </w:tc>
              <w:tc>
                <w:tcPr>
                  <w:tcW w:type="dxa" w:w="720"/>
                </w:tcPr>
                <w:p>
                  <w:pPr>
                    <w:spacing w:after="0" w:before="80"/>
                    <w:jc w:val="center"/>
                  </w:pPr>
                  <w:r>
                    <w:rPr>
                      <w:b/>
                      <w:i w:val="0"/>
                      <w:color w:val="90A4AE"/>
                      <w:sz w:val="18"/>
                    </w:rPr>
                    <w:t>4</w:t>
                  </w:r>
                </w:p>
              </w:tc>
              <w:tc>
                <w:tcPr>
                  <w:tcW w:type="dxa" w:w="720"/>
                </w:tcPr>
                <w:p>
                  <w:pPr>
                    <w:spacing w:after="0" w:before="80"/>
                    <w:jc w:val="center"/>
                  </w:pPr>
                  <w:r>
                    <w:rPr>
                      <w:b/>
                      <w:i w:val="0"/>
                      <w:color w:val="90A4AE"/>
                      <w:sz w:val="18"/>
                    </w:rPr>
                    <w:t>5</w:t>
                  </w:r>
                </w:p>
              </w:tc>
            </w:tr>
            <w:tr>
              <w:trPr>
                <w:trHeight w:val="518" w:hRule="exact"/>
              </w:trPr>
              <w:tc>
                <w:tcPr>
                  <w:tcW w:type="dxa" w:w="720"/>
                </w:tcPr>
                <w:p>
                  <w:pPr>
                    <w:spacing w:after="0" w:before="80"/>
                    <w:jc w:val="center"/>
                  </w:pPr>
                  <w:r>
                    <w:rPr>
                      <w:b/>
                      <w:i w:val="0"/>
                      <w:color w:val="90A4AE"/>
                      <w:sz w:val="18"/>
                    </w:rPr>
                    <w:t>6</w:t>
                  </w:r>
                </w:p>
              </w:tc>
              <w:tc>
                <w:tcPr>
                  <w:tcW w:type="dxa" w:w="720"/>
                </w:tcPr>
                <w:p>
                  <w:pPr>
                    <w:spacing w:after="0" w:before="80"/>
                    <w:jc w:val="center"/>
                  </w:pPr>
                  <w:r>
                    <w:rPr>
                      <w:b/>
                      <w:i w:val="0"/>
                      <w:color w:val="90A4AE"/>
                      <w:sz w:val="18"/>
                    </w:rPr>
                    <w:t>7</w:t>
                  </w:r>
                </w:p>
              </w:tc>
              <w:tc>
                <w:tcPr>
                  <w:tcW w:type="dxa" w:w="720"/>
                </w:tcPr>
                <w:p>
                  <w:pPr>
                    <w:spacing w:after="0" w:before="80"/>
                    <w:jc w:val="center"/>
                  </w:pPr>
                  <w:r>
                    <w:rPr>
                      <w:b/>
                      <w:i w:val="0"/>
                      <w:color w:val="90A4AE"/>
                      <w:sz w:val="18"/>
                    </w:rPr>
                    <w:t>8</w:t>
                  </w:r>
                </w:p>
              </w:tc>
              <w:tc>
                <w:tcPr>
                  <w:tcW w:type="dxa" w:w="720"/>
                </w:tcPr>
                <w:p>
                  <w:pPr>
                    <w:spacing w:after="0" w:before="80"/>
                    <w:jc w:val="center"/>
                  </w:pPr>
                  <w:r>
                    <w:rPr>
                      <w:b/>
                      <w:i w:val="0"/>
                      <w:color w:val="90A4AE"/>
                      <w:sz w:val="18"/>
                    </w:rPr>
                    <w:t>9</w:t>
                  </w:r>
                </w:p>
              </w:tc>
              <w:tc>
                <w:tcPr>
                  <w:tcW w:type="dxa" w:w="720"/>
                  <w:shd w:val="clear" w:color="auto" w:fill="1565C0"/>
                </w:tcPr>
                <w:p>
                  <w:pPr>
                    <w:spacing w:after="0" w:before="80"/>
                    <w:jc w:val="center"/>
                  </w:pPr>
                  <w:r>
                    <w:rPr>
                      <w:b/>
                      <w:i w:val="0"/>
                      <w:color w:val="FFFFFF"/>
                      <w:sz w:val="14"/>
                    </w:rPr>
                    <w:t>FREE</w:t>
                  </w:r>
                </w:p>
              </w:tc>
            </w:tr>
          </w:tbl>
          <w:p/>
          <w:p>
            <w:pPr>
              <w:spacing w:after="0" w:before="60"/>
              <w:jc w:val="center"/>
            </w:pPr>
            <w:r>
              <w:rPr>
                <w:b/>
                <w:i w:val="0"/>
                <w:color w:val="0D47A1"/>
                <w:sz w:val="15"/>
              </w:rPr>
              <w:t>Collect 9 punches and your 10th visit is on us.</w:t>
            </w:r>
          </w:p>
          <w:p>
            <w:pPr>
              <w:spacing w:after="0" w:before="20"/>
              <w:jc w:val="center"/>
            </w:pPr>
            <w:r>
              <w:rPr>
                <w:b w:val="0"/>
                <w:i w:val="0"/>
                <w:color w:val="546E7A"/>
                <w:sz w:val="13"/>
              </w:rPr>
              <w:t>Name: ______________  Start: ______  Expires: ______</w:t>
            </w:r>
          </w:p>
        </w:tc>
        <w:tc>
          <w:tcPr>
            <w:tcW w:type="dxa" w:w="5040"/>
            <w:tcMar>
              <w:top w:w="60" w:type="dxa"/>
              <w:left w:w="120" w:type="dxa"/>
              <w:bottom w:w="40" w:type="dxa"/>
              <w:right w:w="120" w:type="dxa"/>
            </w:tcMar>
          </w:tcPr>
          <w:p>
            <w:pPr>
              <w:spacing w:after="0" w:before="0"/>
              <w:jc w:val="center"/>
            </w:pPr>
            <w:r>
              <w:rPr>
                <w:b/>
                <w:i w:val="0"/>
                <w:color w:val="1565C0"/>
                <w:sz w:val="26"/>
              </w:rPr>
              <w:t>[BUSINESS NAME]</w:t>
            </w:r>
          </w:p>
          <w:p>
            <w:pPr>
              <w:spacing w:after="60" w:before="0"/>
              <w:jc w:val="center"/>
            </w:pPr>
            <w:r>
              <w:rPr>
                <w:b w:val="0"/>
                <w:i w:val="0"/>
                <w:color w:val="546E7A"/>
                <w:sz w:val="16"/>
              </w:rPr>
              <w:t>Customer Rewards Punch Card</w:t>
            </w:r>
          </w:p>
          <w:tbl>
            <w:tblPr>
              <w:tblW w:type="auto" w:w="0"/>
              <w:jc w:val="center"/>
              <w:tblLayout w:type="fixed"/>
              <w:tblLook w:firstColumn="1" w:firstRow="1" w:lastColumn="0" w:lastRow="0" w:noHBand="0" w:noVBand="1" w:val="04A0"/>
              <w:tblBorders>
                <w:top w:val="single" w:sz="8" w:color="1565C0"/>
                <w:left w:val="single" w:sz="8" w:color="1565C0"/>
                <w:bottom w:val="single" w:sz="8" w:color="1565C0"/>
                <w:right w:val="single" w:sz="8" w:color="1565C0"/>
                <w:insideH w:val="single" w:sz="8" w:color="1565C0"/>
                <w:insideV w:val="single" w:sz="8" w:color="1565C0"/>
              </w:tblBorders>
              <w:tblW w:w="3600" w:type="dxa"/>
              <w:tblLayout w:type="fixed"/>
            </w:tblPr>
            <w:tblGrid>
              <w:gridCol w:w="720"/>
              <w:gridCol w:w="720"/>
              <w:gridCol w:w="720"/>
              <w:gridCol w:w="720"/>
              <w:gridCol w:w="720"/>
            </w:tblGrid>
            <w:tr>
              <w:trPr>
                <w:trHeight w:val="518" w:hRule="exact"/>
              </w:trPr>
              <w:tc>
                <w:tcPr>
                  <w:tcW w:type="dxa" w:w="720"/>
                </w:tcPr>
                <w:p>
                  <w:pPr>
                    <w:spacing w:after="0" w:before="80"/>
                    <w:jc w:val="center"/>
                  </w:pPr>
                  <w:r>
                    <w:rPr>
                      <w:b/>
                      <w:i w:val="0"/>
                      <w:color w:val="90A4AE"/>
                      <w:sz w:val="18"/>
                    </w:rPr>
                    <w:t>1</w:t>
                  </w:r>
                </w:p>
              </w:tc>
              <w:tc>
                <w:tcPr>
                  <w:tcW w:type="dxa" w:w="720"/>
                </w:tcPr>
                <w:p>
                  <w:pPr>
                    <w:spacing w:after="0" w:before="80"/>
                    <w:jc w:val="center"/>
                  </w:pPr>
                  <w:r>
                    <w:rPr>
                      <w:b/>
                      <w:i w:val="0"/>
                      <w:color w:val="90A4AE"/>
                      <w:sz w:val="18"/>
                    </w:rPr>
                    <w:t>2</w:t>
                  </w:r>
                </w:p>
              </w:tc>
              <w:tc>
                <w:tcPr>
                  <w:tcW w:type="dxa" w:w="720"/>
                </w:tcPr>
                <w:p>
                  <w:pPr>
                    <w:spacing w:after="0" w:before="80"/>
                    <w:jc w:val="center"/>
                  </w:pPr>
                  <w:r>
                    <w:rPr>
                      <w:b/>
                      <w:i w:val="0"/>
                      <w:color w:val="90A4AE"/>
                      <w:sz w:val="18"/>
                    </w:rPr>
                    <w:t>3</w:t>
                  </w:r>
                </w:p>
              </w:tc>
              <w:tc>
                <w:tcPr>
                  <w:tcW w:type="dxa" w:w="720"/>
                </w:tcPr>
                <w:p>
                  <w:pPr>
                    <w:spacing w:after="0" w:before="80"/>
                    <w:jc w:val="center"/>
                  </w:pPr>
                  <w:r>
                    <w:rPr>
                      <w:b/>
                      <w:i w:val="0"/>
                      <w:color w:val="90A4AE"/>
                      <w:sz w:val="18"/>
                    </w:rPr>
                    <w:t>4</w:t>
                  </w:r>
                </w:p>
              </w:tc>
              <w:tc>
                <w:tcPr>
                  <w:tcW w:type="dxa" w:w="720"/>
                </w:tcPr>
                <w:p>
                  <w:pPr>
                    <w:spacing w:after="0" w:before="80"/>
                    <w:jc w:val="center"/>
                  </w:pPr>
                  <w:r>
                    <w:rPr>
                      <w:b/>
                      <w:i w:val="0"/>
                      <w:color w:val="90A4AE"/>
                      <w:sz w:val="18"/>
                    </w:rPr>
                    <w:t>5</w:t>
                  </w:r>
                </w:p>
              </w:tc>
            </w:tr>
            <w:tr>
              <w:trPr>
                <w:trHeight w:val="518" w:hRule="exact"/>
              </w:trPr>
              <w:tc>
                <w:tcPr>
                  <w:tcW w:type="dxa" w:w="720"/>
                </w:tcPr>
                <w:p>
                  <w:pPr>
                    <w:spacing w:after="0" w:before="80"/>
                    <w:jc w:val="center"/>
                  </w:pPr>
                  <w:r>
                    <w:rPr>
                      <w:b/>
                      <w:i w:val="0"/>
                      <w:color w:val="90A4AE"/>
                      <w:sz w:val="18"/>
                    </w:rPr>
                    <w:t>6</w:t>
                  </w:r>
                </w:p>
              </w:tc>
              <w:tc>
                <w:tcPr>
                  <w:tcW w:type="dxa" w:w="720"/>
                </w:tcPr>
                <w:p>
                  <w:pPr>
                    <w:spacing w:after="0" w:before="80"/>
                    <w:jc w:val="center"/>
                  </w:pPr>
                  <w:r>
                    <w:rPr>
                      <w:b/>
                      <w:i w:val="0"/>
                      <w:color w:val="90A4AE"/>
                      <w:sz w:val="18"/>
                    </w:rPr>
                    <w:t>7</w:t>
                  </w:r>
                </w:p>
              </w:tc>
              <w:tc>
                <w:tcPr>
                  <w:tcW w:type="dxa" w:w="720"/>
                </w:tcPr>
                <w:p>
                  <w:pPr>
                    <w:spacing w:after="0" w:before="80"/>
                    <w:jc w:val="center"/>
                  </w:pPr>
                  <w:r>
                    <w:rPr>
                      <w:b/>
                      <w:i w:val="0"/>
                      <w:color w:val="90A4AE"/>
                      <w:sz w:val="18"/>
                    </w:rPr>
                    <w:t>8</w:t>
                  </w:r>
                </w:p>
              </w:tc>
              <w:tc>
                <w:tcPr>
                  <w:tcW w:type="dxa" w:w="720"/>
                </w:tcPr>
                <w:p>
                  <w:pPr>
                    <w:spacing w:after="0" w:before="80"/>
                    <w:jc w:val="center"/>
                  </w:pPr>
                  <w:r>
                    <w:rPr>
                      <w:b/>
                      <w:i w:val="0"/>
                      <w:color w:val="90A4AE"/>
                      <w:sz w:val="18"/>
                    </w:rPr>
                    <w:t>9</w:t>
                  </w:r>
                </w:p>
              </w:tc>
              <w:tc>
                <w:tcPr>
                  <w:tcW w:type="dxa" w:w="720"/>
                  <w:shd w:val="clear" w:color="auto" w:fill="1565C0"/>
                </w:tcPr>
                <w:p>
                  <w:pPr>
                    <w:spacing w:after="0" w:before="80"/>
                    <w:jc w:val="center"/>
                  </w:pPr>
                  <w:r>
                    <w:rPr>
                      <w:b/>
                      <w:i w:val="0"/>
                      <w:color w:val="FFFFFF"/>
                      <w:sz w:val="14"/>
                    </w:rPr>
                    <w:t>FREE</w:t>
                  </w:r>
                </w:p>
              </w:tc>
            </w:tr>
          </w:tbl>
          <w:p/>
          <w:p>
            <w:pPr>
              <w:spacing w:after="0" w:before="60"/>
              <w:jc w:val="center"/>
            </w:pPr>
            <w:r>
              <w:rPr>
                <w:b/>
                <w:i w:val="0"/>
                <w:color w:val="0D47A1"/>
                <w:sz w:val="15"/>
              </w:rPr>
              <w:t>Collect 9 punches and your 10th visit is on us.</w:t>
            </w:r>
          </w:p>
          <w:p>
            <w:pPr>
              <w:spacing w:after="0" w:before="20"/>
              <w:jc w:val="center"/>
            </w:pPr>
            <w:r>
              <w:rPr>
                <w:b w:val="0"/>
                <w:i w:val="0"/>
                <w:color w:val="546E7A"/>
                <w:sz w:val="13"/>
              </w:rPr>
              <w:t>Name: ______________  Start: ______  Expires: ______</w:t>
            </w:r>
          </w:p>
        </w:tc>
      </w:tr>
      <w:tr>
        <w:trPr>
          <w:trHeight w:val="2880" w:hRule="exact"/>
        </w:trPr>
        <w:tc>
          <w:tcPr>
            <w:tcW w:type="dxa" w:w="5040"/>
            <w:tcMar>
              <w:top w:w="60" w:type="dxa"/>
              <w:left w:w="120" w:type="dxa"/>
              <w:bottom w:w="40" w:type="dxa"/>
              <w:right w:w="120" w:type="dxa"/>
            </w:tcMar>
          </w:tcPr>
          <w:p>
            <w:pPr>
              <w:spacing w:after="0" w:before="0"/>
              <w:jc w:val="center"/>
            </w:pPr>
            <w:r>
              <w:rPr>
                <w:b/>
                <w:i w:val="0"/>
                <w:color w:val="1565C0"/>
                <w:sz w:val="26"/>
              </w:rPr>
              <w:t>[BUSINESS NAME]</w:t>
            </w:r>
          </w:p>
          <w:p>
            <w:pPr>
              <w:spacing w:after="60" w:before="0"/>
              <w:jc w:val="center"/>
            </w:pPr>
            <w:r>
              <w:rPr>
                <w:b w:val="0"/>
                <w:i w:val="0"/>
                <w:color w:val="546E7A"/>
                <w:sz w:val="16"/>
              </w:rPr>
              <w:t>Customer Rewards Punch Card</w:t>
            </w:r>
          </w:p>
          <w:tbl>
            <w:tblPr>
              <w:tblW w:type="auto" w:w="0"/>
              <w:jc w:val="center"/>
              <w:tblLayout w:type="fixed"/>
              <w:tblLook w:firstColumn="1" w:firstRow="1" w:lastColumn="0" w:lastRow="0" w:noHBand="0" w:noVBand="1" w:val="04A0"/>
              <w:tblBorders>
                <w:top w:val="single" w:sz="8" w:color="1565C0"/>
                <w:left w:val="single" w:sz="8" w:color="1565C0"/>
                <w:bottom w:val="single" w:sz="8" w:color="1565C0"/>
                <w:right w:val="single" w:sz="8" w:color="1565C0"/>
                <w:insideH w:val="single" w:sz="8" w:color="1565C0"/>
                <w:insideV w:val="single" w:sz="8" w:color="1565C0"/>
              </w:tblBorders>
              <w:tblW w:w="3600" w:type="dxa"/>
              <w:tblLayout w:type="fixed"/>
            </w:tblPr>
            <w:tblGrid>
              <w:gridCol w:w="720"/>
              <w:gridCol w:w="720"/>
              <w:gridCol w:w="720"/>
              <w:gridCol w:w="720"/>
              <w:gridCol w:w="720"/>
            </w:tblGrid>
            <w:tr>
              <w:trPr>
                <w:trHeight w:val="518" w:hRule="exact"/>
              </w:trPr>
              <w:tc>
                <w:tcPr>
                  <w:tcW w:type="dxa" w:w="720"/>
                </w:tcPr>
                <w:p>
                  <w:pPr>
                    <w:spacing w:after="0" w:before="80"/>
                    <w:jc w:val="center"/>
                  </w:pPr>
                  <w:r>
                    <w:rPr>
                      <w:b/>
                      <w:i w:val="0"/>
                      <w:color w:val="90A4AE"/>
                      <w:sz w:val="18"/>
                    </w:rPr>
                    <w:t>1</w:t>
                  </w:r>
                </w:p>
              </w:tc>
              <w:tc>
                <w:tcPr>
                  <w:tcW w:type="dxa" w:w="720"/>
                </w:tcPr>
                <w:p>
                  <w:pPr>
                    <w:spacing w:after="0" w:before="80"/>
                    <w:jc w:val="center"/>
                  </w:pPr>
                  <w:r>
                    <w:rPr>
                      <w:b/>
                      <w:i w:val="0"/>
                      <w:color w:val="90A4AE"/>
                      <w:sz w:val="18"/>
                    </w:rPr>
                    <w:t>2</w:t>
                  </w:r>
                </w:p>
              </w:tc>
              <w:tc>
                <w:tcPr>
                  <w:tcW w:type="dxa" w:w="720"/>
                </w:tcPr>
                <w:p>
                  <w:pPr>
                    <w:spacing w:after="0" w:before="80"/>
                    <w:jc w:val="center"/>
                  </w:pPr>
                  <w:r>
                    <w:rPr>
                      <w:b/>
                      <w:i w:val="0"/>
                      <w:color w:val="90A4AE"/>
                      <w:sz w:val="18"/>
                    </w:rPr>
                    <w:t>3</w:t>
                  </w:r>
                </w:p>
              </w:tc>
              <w:tc>
                <w:tcPr>
                  <w:tcW w:type="dxa" w:w="720"/>
                </w:tcPr>
                <w:p>
                  <w:pPr>
                    <w:spacing w:after="0" w:before="80"/>
                    <w:jc w:val="center"/>
                  </w:pPr>
                  <w:r>
                    <w:rPr>
                      <w:b/>
                      <w:i w:val="0"/>
                      <w:color w:val="90A4AE"/>
                      <w:sz w:val="18"/>
                    </w:rPr>
                    <w:t>4</w:t>
                  </w:r>
                </w:p>
              </w:tc>
              <w:tc>
                <w:tcPr>
                  <w:tcW w:type="dxa" w:w="720"/>
                </w:tcPr>
                <w:p>
                  <w:pPr>
                    <w:spacing w:after="0" w:before="80"/>
                    <w:jc w:val="center"/>
                  </w:pPr>
                  <w:r>
                    <w:rPr>
                      <w:b/>
                      <w:i w:val="0"/>
                      <w:color w:val="90A4AE"/>
                      <w:sz w:val="18"/>
                    </w:rPr>
                    <w:t>5</w:t>
                  </w:r>
                </w:p>
              </w:tc>
            </w:tr>
            <w:tr>
              <w:trPr>
                <w:trHeight w:val="518" w:hRule="exact"/>
              </w:trPr>
              <w:tc>
                <w:tcPr>
                  <w:tcW w:type="dxa" w:w="720"/>
                </w:tcPr>
                <w:p>
                  <w:pPr>
                    <w:spacing w:after="0" w:before="80"/>
                    <w:jc w:val="center"/>
                  </w:pPr>
                  <w:r>
                    <w:rPr>
                      <w:b/>
                      <w:i w:val="0"/>
                      <w:color w:val="90A4AE"/>
                      <w:sz w:val="18"/>
                    </w:rPr>
                    <w:t>6</w:t>
                  </w:r>
                </w:p>
              </w:tc>
              <w:tc>
                <w:tcPr>
                  <w:tcW w:type="dxa" w:w="720"/>
                </w:tcPr>
                <w:p>
                  <w:pPr>
                    <w:spacing w:after="0" w:before="80"/>
                    <w:jc w:val="center"/>
                  </w:pPr>
                  <w:r>
                    <w:rPr>
                      <w:b/>
                      <w:i w:val="0"/>
                      <w:color w:val="90A4AE"/>
                      <w:sz w:val="18"/>
                    </w:rPr>
                    <w:t>7</w:t>
                  </w:r>
                </w:p>
              </w:tc>
              <w:tc>
                <w:tcPr>
                  <w:tcW w:type="dxa" w:w="720"/>
                </w:tcPr>
                <w:p>
                  <w:pPr>
                    <w:spacing w:after="0" w:before="80"/>
                    <w:jc w:val="center"/>
                  </w:pPr>
                  <w:r>
                    <w:rPr>
                      <w:b/>
                      <w:i w:val="0"/>
                      <w:color w:val="90A4AE"/>
                      <w:sz w:val="18"/>
                    </w:rPr>
                    <w:t>8</w:t>
                  </w:r>
                </w:p>
              </w:tc>
              <w:tc>
                <w:tcPr>
                  <w:tcW w:type="dxa" w:w="720"/>
                </w:tcPr>
                <w:p>
                  <w:pPr>
                    <w:spacing w:after="0" w:before="80"/>
                    <w:jc w:val="center"/>
                  </w:pPr>
                  <w:r>
                    <w:rPr>
                      <w:b/>
                      <w:i w:val="0"/>
                      <w:color w:val="90A4AE"/>
                      <w:sz w:val="18"/>
                    </w:rPr>
                    <w:t>9</w:t>
                  </w:r>
                </w:p>
              </w:tc>
              <w:tc>
                <w:tcPr>
                  <w:tcW w:type="dxa" w:w="720"/>
                  <w:shd w:val="clear" w:color="auto" w:fill="1565C0"/>
                </w:tcPr>
                <w:p>
                  <w:pPr>
                    <w:spacing w:after="0" w:before="80"/>
                    <w:jc w:val="center"/>
                  </w:pPr>
                  <w:r>
                    <w:rPr>
                      <w:b/>
                      <w:i w:val="0"/>
                      <w:color w:val="FFFFFF"/>
                      <w:sz w:val="14"/>
                    </w:rPr>
                    <w:t>FREE</w:t>
                  </w:r>
                </w:p>
              </w:tc>
            </w:tr>
          </w:tbl>
          <w:p/>
          <w:p>
            <w:pPr>
              <w:spacing w:after="0" w:before="60"/>
              <w:jc w:val="center"/>
            </w:pPr>
            <w:r>
              <w:rPr>
                <w:b/>
                <w:i w:val="0"/>
                <w:color w:val="0D47A1"/>
                <w:sz w:val="15"/>
              </w:rPr>
              <w:t>Collect 9 punches and your 10th visit is on us.</w:t>
            </w:r>
          </w:p>
          <w:p>
            <w:pPr>
              <w:spacing w:after="0" w:before="20"/>
              <w:jc w:val="center"/>
            </w:pPr>
            <w:r>
              <w:rPr>
                <w:b w:val="0"/>
                <w:i w:val="0"/>
                <w:color w:val="546E7A"/>
                <w:sz w:val="13"/>
              </w:rPr>
              <w:t>Name: ______________  Start: ______  Expires: ______</w:t>
            </w:r>
          </w:p>
        </w:tc>
        <w:tc>
          <w:tcPr>
            <w:tcW w:type="dxa" w:w="5040"/>
            <w:tcMar>
              <w:top w:w="60" w:type="dxa"/>
              <w:left w:w="120" w:type="dxa"/>
              <w:bottom w:w="40" w:type="dxa"/>
              <w:right w:w="120" w:type="dxa"/>
            </w:tcMar>
          </w:tcPr>
          <w:p>
            <w:pPr>
              <w:spacing w:after="0" w:before="0"/>
              <w:jc w:val="center"/>
            </w:pPr>
            <w:r>
              <w:rPr>
                <w:b/>
                <w:i w:val="0"/>
                <w:color w:val="1565C0"/>
                <w:sz w:val="26"/>
              </w:rPr>
              <w:t>[BUSINESS NAME]</w:t>
            </w:r>
          </w:p>
          <w:p>
            <w:pPr>
              <w:spacing w:after="60" w:before="0"/>
              <w:jc w:val="center"/>
            </w:pPr>
            <w:r>
              <w:rPr>
                <w:b w:val="0"/>
                <w:i w:val="0"/>
                <w:color w:val="546E7A"/>
                <w:sz w:val="16"/>
              </w:rPr>
              <w:t>Customer Rewards Punch Card</w:t>
            </w:r>
          </w:p>
          <w:tbl>
            <w:tblPr>
              <w:tblW w:type="auto" w:w="0"/>
              <w:jc w:val="center"/>
              <w:tblLayout w:type="fixed"/>
              <w:tblLook w:firstColumn="1" w:firstRow="1" w:lastColumn="0" w:lastRow="0" w:noHBand="0" w:noVBand="1" w:val="04A0"/>
              <w:tblBorders>
                <w:top w:val="single" w:sz="8" w:color="1565C0"/>
                <w:left w:val="single" w:sz="8" w:color="1565C0"/>
                <w:bottom w:val="single" w:sz="8" w:color="1565C0"/>
                <w:right w:val="single" w:sz="8" w:color="1565C0"/>
                <w:insideH w:val="single" w:sz="8" w:color="1565C0"/>
                <w:insideV w:val="single" w:sz="8" w:color="1565C0"/>
              </w:tblBorders>
              <w:tblW w:w="3600" w:type="dxa"/>
              <w:tblLayout w:type="fixed"/>
            </w:tblPr>
            <w:tblGrid>
              <w:gridCol w:w="720"/>
              <w:gridCol w:w="720"/>
              <w:gridCol w:w="720"/>
              <w:gridCol w:w="720"/>
              <w:gridCol w:w="720"/>
            </w:tblGrid>
            <w:tr>
              <w:trPr>
                <w:trHeight w:val="518" w:hRule="exact"/>
              </w:trPr>
              <w:tc>
                <w:tcPr>
                  <w:tcW w:type="dxa" w:w="720"/>
                </w:tcPr>
                <w:p>
                  <w:pPr>
                    <w:spacing w:after="0" w:before="80"/>
                    <w:jc w:val="center"/>
                  </w:pPr>
                  <w:r>
                    <w:rPr>
                      <w:b/>
                      <w:i w:val="0"/>
                      <w:color w:val="90A4AE"/>
                      <w:sz w:val="18"/>
                    </w:rPr>
                    <w:t>1</w:t>
                  </w:r>
                </w:p>
              </w:tc>
              <w:tc>
                <w:tcPr>
                  <w:tcW w:type="dxa" w:w="720"/>
                </w:tcPr>
                <w:p>
                  <w:pPr>
                    <w:spacing w:after="0" w:before="80"/>
                    <w:jc w:val="center"/>
                  </w:pPr>
                  <w:r>
                    <w:rPr>
                      <w:b/>
                      <w:i w:val="0"/>
                      <w:color w:val="90A4AE"/>
                      <w:sz w:val="18"/>
                    </w:rPr>
                    <w:t>2</w:t>
                  </w:r>
                </w:p>
              </w:tc>
              <w:tc>
                <w:tcPr>
                  <w:tcW w:type="dxa" w:w="720"/>
                </w:tcPr>
                <w:p>
                  <w:pPr>
                    <w:spacing w:after="0" w:before="80"/>
                    <w:jc w:val="center"/>
                  </w:pPr>
                  <w:r>
                    <w:rPr>
                      <w:b/>
                      <w:i w:val="0"/>
                      <w:color w:val="90A4AE"/>
                      <w:sz w:val="18"/>
                    </w:rPr>
                    <w:t>3</w:t>
                  </w:r>
                </w:p>
              </w:tc>
              <w:tc>
                <w:tcPr>
                  <w:tcW w:type="dxa" w:w="720"/>
                </w:tcPr>
                <w:p>
                  <w:pPr>
                    <w:spacing w:after="0" w:before="80"/>
                    <w:jc w:val="center"/>
                  </w:pPr>
                  <w:r>
                    <w:rPr>
                      <w:b/>
                      <w:i w:val="0"/>
                      <w:color w:val="90A4AE"/>
                      <w:sz w:val="18"/>
                    </w:rPr>
                    <w:t>4</w:t>
                  </w:r>
                </w:p>
              </w:tc>
              <w:tc>
                <w:tcPr>
                  <w:tcW w:type="dxa" w:w="720"/>
                </w:tcPr>
                <w:p>
                  <w:pPr>
                    <w:spacing w:after="0" w:before="80"/>
                    <w:jc w:val="center"/>
                  </w:pPr>
                  <w:r>
                    <w:rPr>
                      <w:b/>
                      <w:i w:val="0"/>
                      <w:color w:val="90A4AE"/>
                      <w:sz w:val="18"/>
                    </w:rPr>
                    <w:t>5</w:t>
                  </w:r>
                </w:p>
              </w:tc>
            </w:tr>
            <w:tr>
              <w:trPr>
                <w:trHeight w:val="518" w:hRule="exact"/>
              </w:trPr>
              <w:tc>
                <w:tcPr>
                  <w:tcW w:type="dxa" w:w="720"/>
                </w:tcPr>
                <w:p>
                  <w:pPr>
                    <w:spacing w:after="0" w:before="80"/>
                    <w:jc w:val="center"/>
                  </w:pPr>
                  <w:r>
                    <w:rPr>
                      <w:b/>
                      <w:i w:val="0"/>
                      <w:color w:val="90A4AE"/>
                      <w:sz w:val="18"/>
                    </w:rPr>
                    <w:t>6</w:t>
                  </w:r>
                </w:p>
              </w:tc>
              <w:tc>
                <w:tcPr>
                  <w:tcW w:type="dxa" w:w="720"/>
                </w:tcPr>
                <w:p>
                  <w:pPr>
                    <w:spacing w:after="0" w:before="80"/>
                    <w:jc w:val="center"/>
                  </w:pPr>
                  <w:r>
                    <w:rPr>
                      <w:b/>
                      <w:i w:val="0"/>
                      <w:color w:val="90A4AE"/>
                      <w:sz w:val="18"/>
                    </w:rPr>
                    <w:t>7</w:t>
                  </w:r>
                </w:p>
              </w:tc>
              <w:tc>
                <w:tcPr>
                  <w:tcW w:type="dxa" w:w="720"/>
                </w:tcPr>
                <w:p>
                  <w:pPr>
                    <w:spacing w:after="0" w:before="80"/>
                    <w:jc w:val="center"/>
                  </w:pPr>
                  <w:r>
                    <w:rPr>
                      <w:b/>
                      <w:i w:val="0"/>
                      <w:color w:val="90A4AE"/>
                      <w:sz w:val="18"/>
                    </w:rPr>
                    <w:t>8</w:t>
                  </w:r>
                </w:p>
              </w:tc>
              <w:tc>
                <w:tcPr>
                  <w:tcW w:type="dxa" w:w="720"/>
                </w:tcPr>
                <w:p>
                  <w:pPr>
                    <w:spacing w:after="0" w:before="80"/>
                    <w:jc w:val="center"/>
                  </w:pPr>
                  <w:r>
                    <w:rPr>
                      <w:b/>
                      <w:i w:val="0"/>
                      <w:color w:val="90A4AE"/>
                      <w:sz w:val="18"/>
                    </w:rPr>
                    <w:t>9</w:t>
                  </w:r>
                </w:p>
              </w:tc>
              <w:tc>
                <w:tcPr>
                  <w:tcW w:type="dxa" w:w="720"/>
                  <w:shd w:val="clear" w:color="auto" w:fill="1565C0"/>
                </w:tcPr>
                <w:p>
                  <w:pPr>
                    <w:spacing w:after="0" w:before="80"/>
                    <w:jc w:val="center"/>
                  </w:pPr>
                  <w:r>
                    <w:rPr>
                      <w:b/>
                      <w:i w:val="0"/>
                      <w:color w:val="FFFFFF"/>
                      <w:sz w:val="14"/>
                    </w:rPr>
                    <w:t>FREE</w:t>
                  </w:r>
                </w:p>
              </w:tc>
            </w:tr>
          </w:tbl>
          <w:p/>
          <w:p>
            <w:pPr>
              <w:spacing w:after="0" w:before="60"/>
              <w:jc w:val="center"/>
            </w:pPr>
            <w:r>
              <w:rPr>
                <w:b/>
                <w:i w:val="0"/>
                <w:color w:val="0D47A1"/>
                <w:sz w:val="15"/>
              </w:rPr>
              <w:t>Collect 9 punches and your 10th visit is on us.</w:t>
            </w:r>
          </w:p>
          <w:p>
            <w:pPr>
              <w:spacing w:after="0" w:before="20"/>
              <w:jc w:val="center"/>
            </w:pPr>
            <w:r>
              <w:rPr>
                <w:b w:val="0"/>
                <w:i w:val="0"/>
                <w:color w:val="546E7A"/>
                <w:sz w:val="13"/>
              </w:rPr>
              <w:t>Name: ______________  Start: ______  Expires: ______</w:t>
            </w:r>
          </w:p>
        </w:tc>
      </w:tr>
      <w:tr>
        <w:trPr>
          <w:trHeight w:val="2880" w:hRule="exact"/>
        </w:trPr>
        <w:tc>
          <w:tcPr>
            <w:tcW w:type="dxa" w:w="5040"/>
            <w:tcMar>
              <w:top w:w="60" w:type="dxa"/>
              <w:left w:w="120" w:type="dxa"/>
              <w:bottom w:w="40" w:type="dxa"/>
              <w:right w:w="120" w:type="dxa"/>
            </w:tcMar>
          </w:tcPr>
          <w:p>
            <w:pPr>
              <w:spacing w:after="0" w:before="0"/>
              <w:jc w:val="center"/>
            </w:pPr>
            <w:r>
              <w:rPr>
                <w:b/>
                <w:i w:val="0"/>
                <w:color w:val="1565C0"/>
                <w:sz w:val="26"/>
              </w:rPr>
              <w:t>[BUSINESS NAME]</w:t>
            </w:r>
          </w:p>
          <w:p>
            <w:pPr>
              <w:spacing w:after="60" w:before="0"/>
              <w:jc w:val="center"/>
            </w:pPr>
            <w:r>
              <w:rPr>
                <w:b w:val="0"/>
                <w:i w:val="0"/>
                <w:color w:val="546E7A"/>
                <w:sz w:val="16"/>
              </w:rPr>
              <w:t>Customer Rewards Punch Card</w:t>
            </w:r>
          </w:p>
          <w:tbl>
            <w:tblPr>
              <w:tblW w:type="auto" w:w="0"/>
              <w:jc w:val="center"/>
              <w:tblLayout w:type="fixed"/>
              <w:tblLook w:firstColumn="1" w:firstRow="1" w:lastColumn="0" w:lastRow="0" w:noHBand="0" w:noVBand="1" w:val="04A0"/>
              <w:tblBorders>
                <w:top w:val="single" w:sz="8" w:color="1565C0"/>
                <w:left w:val="single" w:sz="8" w:color="1565C0"/>
                <w:bottom w:val="single" w:sz="8" w:color="1565C0"/>
                <w:right w:val="single" w:sz="8" w:color="1565C0"/>
                <w:insideH w:val="single" w:sz="8" w:color="1565C0"/>
                <w:insideV w:val="single" w:sz="8" w:color="1565C0"/>
              </w:tblBorders>
              <w:tblW w:w="3600" w:type="dxa"/>
              <w:tblLayout w:type="fixed"/>
            </w:tblPr>
            <w:tblGrid>
              <w:gridCol w:w="720"/>
              <w:gridCol w:w="720"/>
              <w:gridCol w:w="720"/>
              <w:gridCol w:w="720"/>
              <w:gridCol w:w="720"/>
            </w:tblGrid>
            <w:tr>
              <w:trPr>
                <w:trHeight w:val="518" w:hRule="exact"/>
              </w:trPr>
              <w:tc>
                <w:tcPr>
                  <w:tcW w:type="dxa" w:w="720"/>
                </w:tcPr>
                <w:p>
                  <w:pPr>
                    <w:spacing w:after="0" w:before="80"/>
                    <w:jc w:val="center"/>
                  </w:pPr>
                  <w:r>
                    <w:rPr>
                      <w:b/>
                      <w:i w:val="0"/>
                      <w:color w:val="90A4AE"/>
                      <w:sz w:val="18"/>
                    </w:rPr>
                    <w:t>1</w:t>
                  </w:r>
                </w:p>
              </w:tc>
              <w:tc>
                <w:tcPr>
                  <w:tcW w:type="dxa" w:w="720"/>
                </w:tcPr>
                <w:p>
                  <w:pPr>
                    <w:spacing w:after="0" w:before="80"/>
                    <w:jc w:val="center"/>
                  </w:pPr>
                  <w:r>
                    <w:rPr>
                      <w:b/>
                      <w:i w:val="0"/>
                      <w:color w:val="90A4AE"/>
                      <w:sz w:val="18"/>
                    </w:rPr>
                    <w:t>2</w:t>
                  </w:r>
                </w:p>
              </w:tc>
              <w:tc>
                <w:tcPr>
                  <w:tcW w:type="dxa" w:w="720"/>
                </w:tcPr>
                <w:p>
                  <w:pPr>
                    <w:spacing w:after="0" w:before="80"/>
                    <w:jc w:val="center"/>
                  </w:pPr>
                  <w:r>
                    <w:rPr>
                      <w:b/>
                      <w:i w:val="0"/>
                      <w:color w:val="90A4AE"/>
                      <w:sz w:val="18"/>
                    </w:rPr>
                    <w:t>3</w:t>
                  </w:r>
                </w:p>
              </w:tc>
              <w:tc>
                <w:tcPr>
                  <w:tcW w:type="dxa" w:w="720"/>
                </w:tcPr>
                <w:p>
                  <w:pPr>
                    <w:spacing w:after="0" w:before="80"/>
                    <w:jc w:val="center"/>
                  </w:pPr>
                  <w:r>
                    <w:rPr>
                      <w:b/>
                      <w:i w:val="0"/>
                      <w:color w:val="90A4AE"/>
                      <w:sz w:val="18"/>
                    </w:rPr>
                    <w:t>4</w:t>
                  </w:r>
                </w:p>
              </w:tc>
              <w:tc>
                <w:tcPr>
                  <w:tcW w:type="dxa" w:w="720"/>
                </w:tcPr>
                <w:p>
                  <w:pPr>
                    <w:spacing w:after="0" w:before="80"/>
                    <w:jc w:val="center"/>
                  </w:pPr>
                  <w:r>
                    <w:rPr>
                      <w:b/>
                      <w:i w:val="0"/>
                      <w:color w:val="90A4AE"/>
                      <w:sz w:val="18"/>
                    </w:rPr>
                    <w:t>5</w:t>
                  </w:r>
                </w:p>
              </w:tc>
            </w:tr>
            <w:tr>
              <w:trPr>
                <w:trHeight w:val="518" w:hRule="exact"/>
              </w:trPr>
              <w:tc>
                <w:tcPr>
                  <w:tcW w:type="dxa" w:w="720"/>
                </w:tcPr>
                <w:p>
                  <w:pPr>
                    <w:spacing w:after="0" w:before="80"/>
                    <w:jc w:val="center"/>
                  </w:pPr>
                  <w:r>
                    <w:rPr>
                      <w:b/>
                      <w:i w:val="0"/>
                      <w:color w:val="90A4AE"/>
                      <w:sz w:val="18"/>
                    </w:rPr>
                    <w:t>6</w:t>
                  </w:r>
                </w:p>
              </w:tc>
              <w:tc>
                <w:tcPr>
                  <w:tcW w:type="dxa" w:w="720"/>
                </w:tcPr>
                <w:p>
                  <w:pPr>
                    <w:spacing w:after="0" w:before="80"/>
                    <w:jc w:val="center"/>
                  </w:pPr>
                  <w:r>
                    <w:rPr>
                      <w:b/>
                      <w:i w:val="0"/>
                      <w:color w:val="90A4AE"/>
                      <w:sz w:val="18"/>
                    </w:rPr>
                    <w:t>7</w:t>
                  </w:r>
                </w:p>
              </w:tc>
              <w:tc>
                <w:tcPr>
                  <w:tcW w:type="dxa" w:w="720"/>
                </w:tcPr>
                <w:p>
                  <w:pPr>
                    <w:spacing w:after="0" w:before="80"/>
                    <w:jc w:val="center"/>
                  </w:pPr>
                  <w:r>
                    <w:rPr>
                      <w:b/>
                      <w:i w:val="0"/>
                      <w:color w:val="90A4AE"/>
                      <w:sz w:val="18"/>
                    </w:rPr>
                    <w:t>8</w:t>
                  </w:r>
                </w:p>
              </w:tc>
              <w:tc>
                <w:tcPr>
                  <w:tcW w:type="dxa" w:w="720"/>
                </w:tcPr>
                <w:p>
                  <w:pPr>
                    <w:spacing w:after="0" w:before="80"/>
                    <w:jc w:val="center"/>
                  </w:pPr>
                  <w:r>
                    <w:rPr>
                      <w:b/>
                      <w:i w:val="0"/>
                      <w:color w:val="90A4AE"/>
                      <w:sz w:val="18"/>
                    </w:rPr>
                    <w:t>9</w:t>
                  </w:r>
                </w:p>
              </w:tc>
              <w:tc>
                <w:tcPr>
                  <w:tcW w:type="dxa" w:w="720"/>
                  <w:shd w:val="clear" w:color="auto" w:fill="1565C0"/>
                </w:tcPr>
                <w:p>
                  <w:pPr>
                    <w:spacing w:after="0" w:before="80"/>
                    <w:jc w:val="center"/>
                  </w:pPr>
                  <w:r>
                    <w:rPr>
                      <w:b/>
                      <w:i w:val="0"/>
                      <w:color w:val="FFFFFF"/>
                      <w:sz w:val="14"/>
                    </w:rPr>
                    <w:t>FREE</w:t>
                  </w:r>
                </w:p>
              </w:tc>
            </w:tr>
          </w:tbl>
          <w:p/>
          <w:p>
            <w:pPr>
              <w:spacing w:after="0" w:before="60"/>
              <w:jc w:val="center"/>
            </w:pPr>
            <w:r>
              <w:rPr>
                <w:b/>
                <w:i w:val="0"/>
                <w:color w:val="0D47A1"/>
                <w:sz w:val="15"/>
              </w:rPr>
              <w:t>Collect 9 punches and your 10th visit is on us.</w:t>
            </w:r>
          </w:p>
          <w:p>
            <w:pPr>
              <w:spacing w:after="0" w:before="20"/>
              <w:jc w:val="center"/>
            </w:pPr>
            <w:r>
              <w:rPr>
                <w:b w:val="0"/>
                <w:i w:val="0"/>
                <w:color w:val="546E7A"/>
                <w:sz w:val="13"/>
              </w:rPr>
              <w:t>Name: ______________  Start: ______  Expires: ______</w:t>
            </w:r>
          </w:p>
        </w:tc>
        <w:tc>
          <w:tcPr>
            <w:tcW w:type="dxa" w:w="5040"/>
            <w:tcMar>
              <w:top w:w="60" w:type="dxa"/>
              <w:left w:w="120" w:type="dxa"/>
              <w:bottom w:w="40" w:type="dxa"/>
              <w:right w:w="120" w:type="dxa"/>
            </w:tcMar>
          </w:tcPr>
          <w:p>
            <w:pPr>
              <w:spacing w:after="0" w:before="0"/>
              <w:jc w:val="center"/>
            </w:pPr>
            <w:r>
              <w:rPr>
                <w:b/>
                <w:i w:val="0"/>
                <w:color w:val="1565C0"/>
                <w:sz w:val="26"/>
              </w:rPr>
              <w:t>[BUSINESS NAME]</w:t>
            </w:r>
          </w:p>
          <w:p>
            <w:pPr>
              <w:spacing w:after="60" w:before="0"/>
              <w:jc w:val="center"/>
            </w:pPr>
            <w:r>
              <w:rPr>
                <w:b w:val="0"/>
                <w:i w:val="0"/>
                <w:color w:val="546E7A"/>
                <w:sz w:val="16"/>
              </w:rPr>
              <w:t>Customer Rewards Punch Card</w:t>
            </w:r>
          </w:p>
          <w:tbl>
            <w:tblPr>
              <w:tblW w:type="auto" w:w="0"/>
              <w:jc w:val="center"/>
              <w:tblLayout w:type="fixed"/>
              <w:tblLook w:firstColumn="1" w:firstRow="1" w:lastColumn="0" w:lastRow="0" w:noHBand="0" w:noVBand="1" w:val="04A0"/>
              <w:tblBorders>
                <w:top w:val="single" w:sz="8" w:color="1565C0"/>
                <w:left w:val="single" w:sz="8" w:color="1565C0"/>
                <w:bottom w:val="single" w:sz="8" w:color="1565C0"/>
                <w:right w:val="single" w:sz="8" w:color="1565C0"/>
                <w:insideH w:val="single" w:sz="8" w:color="1565C0"/>
                <w:insideV w:val="single" w:sz="8" w:color="1565C0"/>
              </w:tblBorders>
              <w:tblW w:w="3600" w:type="dxa"/>
              <w:tblLayout w:type="fixed"/>
            </w:tblPr>
            <w:tblGrid>
              <w:gridCol w:w="720"/>
              <w:gridCol w:w="720"/>
              <w:gridCol w:w="720"/>
              <w:gridCol w:w="720"/>
              <w:gridCol w:w="720"/>
            </w:tblGrid>
            <w:tr>
              <w:trPr>
                <w:trHeight w:val="518" w:hRule="exact"/>
              </w:trPr>
              <w:tc>
                <w:tcPr>
                  <w:tcW w:type="dxa" w:w="720"/>
                </w:tcPr>
                <w:p>
                  <w:pPr>
                    <w:spacing w:after="0" w:before="80"/>
                    <w:jc w:val="center"/>
                  </w:pPr>
                  <w:r>
                    <w:rPr>
                      <w:b/>
                      <w:i w:val="0"/>
                      <w:color w:val="90A4AE"/>
                      <w:sz w:val="18"/>
                    </w:rPr>
                    <w:t>1</w:t>
                  </w:r>
                </w:p>
              </w:tc>
              <w:tc>
                <w:tcPr>
                  <w:tcW w:type="dxa" w:w="720"/>
                </w:tcPr>
                <w:p>
                  <w:pPr>
                    <w:spacing w:after="0" w:before="80"/>
                    <w:jc w:val="center"/>
                  </w:pPr>
                  <w:r>
                    <w:rPr>
                      <w:b/>
                      <w:i w:val="0"/>
                      <w:color w:val="90A4AE"/>
                      <w:sz w:val="18"/>
                    </w:rPr>
                    <w:t>2</w:t>
                  </w:r>
                </w:p>
              </w:tc>
              <w:tc>
                <w:tcPr>
                  <w:tcW w:type="dxa" w:w="720"/>
                </w:tcPr>
                <w:p>
                  <w:pPr>
                    <w:spacing w:after="0" w:before="80"/>
                    <w:jc w:val="center"/>
                  </w:pPr>
                  <w:r>
                    <w:rPr>
                      <w:b/>
                      <w:i w:val="0"/>
                      <w:color w:val="90A4AE"/>
                      <w:sz w:val="18"/>
                    </w:rPr>
                    <w:t>3</w:t>
                  </w:r>
                </w:p>
              </w:tc>
              <w:tc>
                <w:tcPr>
                  <w:tcW w:type="dxa" w:w="720"/>
                </w:tcPr>
                <w:p>
                  <w:pPr>
                    <w:spacing w:after="0" w:before="80"/>
                    <w:jc w:val="center"/>
                  </w:pPr>
                  <w:r>
                    <w:rPr>
                      <w:b/>
                      <w:i w:val="0"/>
                      <w:color w:val="90A4AE"/>
                      <w:sz w:val="18"/>
                    </w:rPr>
                    <w:t>4</w:t>
                  </w:r>
                </w:p>
              </w:tc>
              <w:tc>
                <w:tcPr>
                  <w:tcW w:type="dxa" w:w="720"/>
                </w:tcPr>
                <w:p>
                  <w:pPr>
                    <w:spacing w:after="0" w:before="80"/>
                    <w:jc w:val="center"/>
                  </w:pPr>
                  <w:r>
                    <w:rPr>
                      <w:b/>
                      <w:i w:val="0"/>
                      <w:color w:val="90A4AE"/>
                      <w:sz w:val="18"/>
                    </w:rPr>
                    <w:t>5</w:t>
                  </w:r>
                </w:p>
              </w:tc>
            </w:tr>
            <w:tr>
              <w:trPr>
                <w:trHeight w:val="518" w:hRule="exact"/>
              </w:trPr>
              <w:tc>
                <w:tcPr>
                  <w:tcW w:type="dxa" w:w="720"/>
                </w:tcPr>
                <w:p>
                  <w:pPr>
                    <w:spacing w:after="0" w:before="80"/>
                    <w:jc w:val="center"/>
                  </w:pPr>
                  <w:r>
                    <w:rPr>
                      <w:b/>
                      <w:i w:val="0"/>
                      <w:color w:val="90A4AE"/>
                      <w:sz w:val="18"/>
                    </w:rPr>
                    <w:t>6</w:t>
                  </w:r>
                </w:p>
              </w:tc>
              <w:tc>
                <w:tcPr>
                  <w:tcW w:type="dxa" w:w="720"/>
                </w:tcPr>
                <w:p>
                  <w:pPr>
                    <w:spacing w:after="0" w:before="80"/>
                    <w:jc w:val="center"/>
                  </w:pPr>
                  <w:r>
                    <w:rPr>
                      <w:b/>
                      <w:i w:val="0"/>
                      <w:color w:val="90A4AE"/>
                      <w:sz w:val="18"/>
                    </w:rPr>
                    <w:t>7</w:t>
                  </w:r>
                </w:p>
              </w:tc>
              <w:tc>
                <w:tcPr>
                  <w:tcW w:type="dxa" w:w="720"/>
                </w:tcPr>
                <w:p>
                  <w:pPr>
                    <w:spacing w:after="0" w:before="80"/>
                    <w:jc w:val="center"/>
                  </w:pPr>
                  <w:r>
                    <w:rPr>
                      <w:b/>
                      <w:i w:val="0"/>
                      <w:color w:val="90A4AE"/>
                      <w:sz w:val="18"/>
                    </w:rPr>
                    <w:t>8</w:t>
                  </w:r>
                </w:p>
              </w:tc>
              <w:tc>
                <w:tcPr>
                  <w:tcW w:type="dxa" w:w="720"/>
                </w:tcPr>
                <w:p>
                  <w:pPr>
                    <w:spacing w:after="0" w:before="80"/>
                    <w:jc w:val="center"/>
                  </w:pPr>
                  <w:r>
                    <w:rPr>
                      <w:b/>
                      <w:i w:val="0"/>
                      <w:color w:val="90A4AE"/>
                      <w:sz w:val="18"/>
                    </w:rPr>
                    <w:t>9</w:t>
                  </w:r>
                </w:p>
              </w:tc>
              <w:tc>
                <w:tcPr>
                  <w:tcW w:type="dxa" w:w="720"/>
                  <w:shd w:val="clear" w:color="auto" w:fill="1565C0"/>
                </w:tcPr>
                <w:p>
                  <w:pPr>
                    <w:spacing w:after="0" w:before="80"/>
                    <w:jc w:val="center"/>
                  </w:pPr>
                  <w:r>
                    <w:rPr>
                      <w:b/>
                      <w:i w:val="0"/>
                      <w:color w:val="FFFFFF"/>
                      <w:sz w:val="14"/>
                    </w:rPr>
                    <w:t>FREE</w:t>
                  </w:r>
                </w:p>
              </w:tc>
            </w:tr>
          </w:tbl>
          <w:p/>
          <w:p>
            <w:pPr>
              <w:spacing w:after="0" w:before="60"/>
              <w:jc w:val="center"/>
            </w:pPr>
            <w:r>
              <w:rPr>
                <w:b/>
                <w:i w:val="0"/>
                <w:color w:val="0D47A1"/>
                <w:sz w:val="15"/>
              </w:rPr>
              <w:t>Collect 9 punches and your 10th visit is on us.</w:t>
            </w:r>
          </w:p>
          <w:p>
            <w:pPr>
              <w:spacing w:after="0" w:before="20"/>
              <w:jc w:val="center"/>
            </w:pPr>
            <w:r>
              <w:rPr>
                <w:b w:val="0"/>
                <w:i w:val="0"/>
                <w:color w:val="546E7A"/>
                <w:sz w:val="13"/>
              </w:rPr>
              <w:t>Name: ______________  Start: ______  Expires: ______</w:t>
            </w:r>
          </w:p>
        </w:tc>
      </w:tr>
      <w:tr>
        <w:trPr>
          <w:trHeight w:val="2880" w:hRule="exact"/>
        </w:trPr>
        <w:tc>
          <w:tcPr>
            <w:tcW w:type="dxa" w:w="5040"/>
            <w:tcMar>
              <w:top w:w="60" w:type="dxa"/>
              <w:left w:w="120" w:type="dxa"/>
              <w:bottom w:w="40" w:type="dxa"/>
              <w:right w:w="120" w:type="dxa"/>
            </w:tcMar>
          </w:tcPr>
          <w:p>
            <w:pPr>
              <w:spacing w:after="0" w:before="0"/>
              <w:jc w:val="center"/>
            </w:pPr>
            <w:r>
              <w:rPr>
                <w:b/>
                <w:i w:val="0"/>
                <w:color w:val="1565C0"/>
                <w:sz w:val="26"/>
              </w:rPr>
              <w:t>[BUSINESS NAME]</w:t>
            </w:r>
          </w:p>
          <w:p>
            <w:pPr>
              <w:spacing w:after="60" w:before="0"/>
              <w:jc w:val="center"/>
            </w:pPr>
            <w:r>
              <w:rPr>
                <w:b w:val="0"/>
                <w:i w:val="0"/>
                <w:color w:val="546E7A"/>
                <w:sz w:val="16"/>
              </w:rPr>
              <w:t>Customer Rewards Punch Card</w:t>
            </w:r>
          </w:p>
          <w:tbl>
            <w:tblPr>
              <w:tblW w:type="auto" w:w="0"/>
              <w:jc w:val="center"/>
              <w:tblLayout w:type="fixed"/>
              <w:tblLook w:firstColumn="1" w:firstRow="1" w:lastColumn="0" w:lastRow="0" w:noHBand="0" w:noVBand="1" w:val="04A0"/>
              <w:tblBorders>
                <w:top w:val="single" w:sz="8" w:color="1565C0"/>
                <w:left w:val="single" w:sz="8" w:color="1565C0"/>
                <w:bottom w:val="single" w:sz="8" w:color="1565C0"/>
                <w:right w:val="single" w:sz="8" w:color="1565C0"/>
                <w:insideH w:val="single" w:sz="8" w:color="1565C0"/>
                <w:insideV w:val="single" w:sz="8" w:color="1565C0"/>
              </w:tblBorders>
              <w:tblW w:w="3600" w:type="dxa"/>
              <w:tblLayout w:type="fixed"/>
            </w:tblPr>
            <w:tblGrid>
              <w:gridCol w:w="720"/>
              <w:gridCol w:w="720"/>
              <w:gridCol w:w="720"/>
              <w:gridCol w:w="720"/>
              <w:gridCol w:w="720"/>
            </w:tblGrid>
            <w:tr>
              <w:trPr>
                <w:trHeight w:val="518" w:hRule="exact"/>
              </w:trPr>
              <w:tc>
                <w:tcPr>
                  <w:tcW w:type="dxa" w:w="720"/>
                </w:tcPr>
                <w:p>
                  <w:pPr>
                    <w:spacing w:after="0" w:before="80"/>
                    <w:jc w:val="center"/>
                  </w:pPr>
                  <w:r>
                    <w:rPr>
                      <w:b/>
                      <w:i w:val="0"/>
                      <w:color w:val="90A4AE"/>
                      <w:sz w:val="18"/>
                    </w:rPr>
                    <w:t>1</w:t>
                  </w:r>
                </w:p>
              </w:tc>
              <w:tc>
                <w:tcPr>
                  <w:tcW w:type="dxa" w:w="720"/>
                </w:tcPr>
                <w:p>
                  <w:pPr>
                    <w:spacing w:after="0" w:before="80"/>
                    <w:jc w:val="center"/>
                  </w:pPr>
                  <w:r>
                    <w:rPr>
                      <w:b/>
                      <w:i w:val="0"/>
                      <w:color w:val="90A4AE"/>
                      <w:sz w:val="18"/>
                    </w:rPr>
                    <w:t>2</w:t>
                  </w:r>
                </w:p>
              </w:tc>
              <w:tc>
                <w:tcPr>
                  <w:tcW w:type="dxa" w:w="720"/>
                </w:tcPr>
                <w:p>
                  <w:pPr>
                    <w:spacing w:after="0" w:before="80"/>
                    <w:jc w:val="center"/>
                  </w:pPr>
                  <w:r>
                    <w:rPr>
                      <w:b/>
                      <w:i w:val="0"/>
                      <w:color w:val="90A4AE"/>
                      <w:sz w:val="18"/>
                    </w:rPr>
                    <w:t>3</w:t>
                  </w:r>
                </w:p>
              </w:tc>
              <w:tc>
                <w:tcPr>
                  <w:tcW w:type="dxa" w:w="720"/>
                </w:tcPr>
                <w:p>
                  <w:pPr>
                    <w:spacing w:after="0" w:before="80"/>
                    <w:jc w:val="center"/>
                  </w:pPr>
                  <w:r>
                    <w:rPr>
                      <w:b/>
                      <w:i w:val="0"/>
                      <w:color w:val="90A4AE"/>
                      <w:sz w:val="18"/>
                    </w:rPr>
                    <w:t>4</w:t>
                  </w:r>
                </w:p>
              </w:tc>
              <w:tc>
                <w:tcPr>
                  <w:tcW w:type="dxa" w:w="720"/>
                </w:tcPr>
                <w:p>
                  <w:pPr>
                    <w:spacing w:after="0" w:before="80"/>
                    <w:jc w:val="center"/>
                  </w:pPr>
                  <w:r>
                    <w:rPr>
                      <w:b/>
                      <w:i w:val="0"/>
                      <w:color w:val="90A4AE"/>
                      <w:sz w:val="18"/>
                    </w:rPr>
                    <w:t>5</w:t>
                  </w:r>
                </w:p>
              </w:tc>
            </w:tr>
            <w:tr>
              <w:trPr>
                <w:trHeight w:val="518" w:hRule="exact"/>
              </w:trPr>
              <w:tc>
                <w:tcPr>
                  <w:tcW w:type="dxa" w:w="720"/>
                </w:tcPr>
                <w:p>
                  <w:pPr>
                    <w:spacing w:after="0" w:before="80"/>
                    <w:jc w:val="center"/>
                  </w:pPr>
                  <w:r>
                    <w:rPr>
                      <w:b/>
                      <w:i w:val="0"/>
                      <w:color w:val="90A4AE"/>
                      <w:sz w:val="18"/>
                    </w:rPr>
                    <w:t>6</w:t>
                  </w:r>
                </w:p>
              </w:tc>
              <w:tc>
                <w:tcPr>
                  <w:tcW w:type="dxa" w:w="720"/>
                </w:tcPr>
                <w:p>
                  <w:pPr>
                    <w:spacing w:after="0" w:before="80"/>
                    <w:jc w:val="center"/>
                  </w:pPr>
                  <w:r>
                    <w:rPr>
                      <w:b/>
                      <w:i w:val="0"/>
                      <w:color w:val="90A4AE"/>
                      <w:sz w:val="18"/>
                    </w:rPr>
                    <w:t>7</w:t>
                  </w:r>
                </w:p>
              </w:tc>
              <w:tc>
                <w:tcPr>
                  <w:tcW w:type="dxa" w:w="720"/>
                </w:tcPr>
                <w:p>
                  <w:pPr>
                    <w:spacing w:after="0" w:before="80"/>
                    <w:jc w:val="center"/>
                  </w:pPr>
                  <w:r>
                    <w:rPr>
                      <w:b/>
                      <w:i w:val="0"/>
                      <w:color w:val="90A4AE"/>
                      <w:sz w:val="18"/>
                    </w:rPr>
                    <w:t>8</w:t>
                  </w:r>
                </w:p>
              </w:tc>
              <w:tc>
                <w:tcPr>
                  <w:tcW w:type="dxa" w:w="720"/>
                </w:tcPr>
                <w:p>
                  <w:pPr>
                    <w:spacing w:after="0" w:before="80"/>
                    <w:jc w:val="center"/>
                  </w:pPr>
                  <w:r>
                    <w:rPr>
                      <w:b/>
                      <w:i w:val="0"/>
                      <w:color w:val="90A4AE"/>
                      <w:sz w:val="18"/>
                    </w:rPr>
                    <w:t>9</w:t>
                  </w:r>
                </w:p>
              </w:tc>
              <w:tc>
                <w:tcPr>
                  <w:tcW w:type="dxa" w:w="720"/>
                  <w:shd w:val="clear" w:color="auto" w:fill="1565C0"/>
                </w:tcPr>
                <w:p>
                  <w:pPr>
                    <w:spacing w:after="0" w:before="80"/>
                    <w:jc w:val="center"/>
                  </w:pPr>
                  <w:r>
                    <w:rPr>
                      <w:b/>
                      <w:i w:val="0"/>
                      <w:color w:val="FFFFFF"/>
                      <w:sz w:val="14"/>
                    </w:rPr>
                    <w:t>FREE</w:t>
                  </w:r>
                </w:p>
              </w:tc>
            </w:tr>
          </w:tbl>
          <w:p/>
          <w:p>
            <w:pPr>
              <w:spacing w:after="0" w:before="60"/>
              <w:jc w:val="center"/>
            </w:pPr>
            <w:r>
              <w:rPr>
                <w:b/>
                <w:i w:val="0"/>
                <w:color w:val="0D47A1"/>
                <w:sz w:val="15"/>
              </w:rPr>
              <w:t>Collect 9 punches and your 10th visit is on us.</w:t>
            </w:r>
          </w:p>
          <w:p>
            <w:pPr>
              <w:spacing w:after="0" w:before="20"/>
              <w:jc w:val="center"/>
            </w:pPr>
            <w:r>
              <w:rPr>
                <w:b w:val="0"/>
                <w:i w:val="0"/>
                <w:color w:val="546E7A"/>
                <w:sz w:val="13"/>
              </w:rPr>
              <w:t>Name: ______________  Start: ______  Expires: ______</w:t>
            </w:r>
          </w:p>
        </w:tc>
        <w:tc>
          <w:tcPr>
            <w:tcW w:type="dxa" w:w="5040"/>
            <w:tcMar>
              <w:top w:w="60" w:type="dxa"/>
              <w:left w:w="120" w:type="dxa"/>
              <w:bottom w:w="40" w:type="dxa"/>
              <w:right w:w="120" w:type="dxa"/>
            </w:tcMar>
          </w:tcPr>
          <w:p>
            <w:pPr>
              <w:spacing w:after="0" w:before="0"/>
              <w:jc w:val="center"/>
            </w:pPr>
            <w:r>
              <w:rPr>
                <w:b/>
                <w:i w:val="0"/>
                <w:color w:val="1565C0"/>
                <w:sz w:val="26"/>
              </w:rPr>
              <w:t>[BUSINESS NAME]</w:t>
            </w:r>
          </w:p>
          <w:p>
            <w:pPr>
              <w:spacing w:after="60" w:before="0"/>
              <w:jc w:val="center"/>
            </w:pPr>
            <w:r>
              <w:rPr>
                <w:b w:val="0"/>
                <w:i w:val="0"/>
                <w:color w:val="546E7A"/>
                <w:sz w:val="16"/>
              </w:rPr>
              <w:t>Customer Rewards Punch Card</w:t>
            </w:r>
          </w:p>
          <w:tbl>
            <w:tblPr>
              <w:tblW w:type="auto" w:w="0"/>
              <w:jc w:val="center"/>
              <w:tblLayout w:type="fixed"/>
              <w:tblLook w:firstColumn="1" w:firstRow="1" w:lastColumn="0" w:lastRow="0" w:noHBand="0" w:noVBand="1" w:val="04A0"/>
              <w:tblBorders>
                <w:top w:val="single" w:sz="8" w:color="1565C0"/>
                <w:left w:val="single" w:sz="8" w:color="1565C0"/>
                <w:bottom w:val="single" w:sz="8" w:color="1565C0"/>
                <w:right w:val="single" w:sz="8" w:color="1565C0"/>
                <w:insideH w:val="single" w:sz="8" w:color="1565C0"/>
                <w:insideV w:val="single" w:sz="8" w:color="1565C0"/>
              </w:tblBorders>
              <w:tblW w:w="3600" w:type="dxa"/>
              <w:tblLayout w:type="fixed"/>
            </w:tblPr>
            <w:tblGrid>
              <w:gridCol w:w="720"/>
              <w:gridCol w:w="720"/>
              <w:gridCol w:w="720"/>
              <w:gridCol w:w="720"/>
              <w:gridCol w:w="720"/>
            </w:tblGrid>
            <w:tr>
              <w:trPr>
                <w:trHeight w:val="518" w:hRule="exact"/>
              </w:trPr>
              <w:tc>
                <w:tcPr>
                  <w:tcW w:type="dxa" w:w="720"/>
                </w:tcPr>
                <w:p>
                  <w:pPr>
                    <w:spacing w:after="0" w:before="80"/>
                    <w:jc w:val="center"/>
                  </w:pPr>
                  <w:r>
                    <w:rPr>
                      <w:b/>
                      <w:i w:val="0"/>
                      <w:color w:val="90A4AE"/>
                      <w:sz w:val="18"/>
                    </w:rPr>
                    <w:t>1</w:t>
                  </w:r>
                </w:p>
              </w:tc>
              <w:tc>
                <w:tcPr>
                  <w:tcW w:type="dxa" w:w="720"/>
                </w:tcPr>
                <w:p>
                  <w:pPr>
                    <w:spacing w:after="0" w:before="80"/>
                    <w:jc w:val="center"/>
                  </w:pPr>
                  <w:r>
                    <w:rPr>
                      <w:b/>
                      <w:i w:val="0"/>
                      <w:color w:val="90A4AE"/>
                      <w:sz w:val="18"/>
                    </w:rPr>
                    <w:t>2</w:t>
                  </w:r>
                </w:p>
              </w:tc>
              <w:tc>
                <w:tcPr>
                  <w:tcW w:type="dxa" w:w="720"/>
                </w:tcPr>
                <w:p>
                  <w:pPr>
                    <w:spacing w:after="0" w:before="80"/>
                    <w:jc w:val="center"/>
                  </w:pPr>
                  <w:r>
                    <w:rPr>
                      <w:b/>
                      <w:i w:val="0"/>
                      <w:color w:val="90A4AE"/>
                      <w:sz w:val="18"/>
                    </w:rPr>
                    <w:t>3</w:t>
                  </w:r>
                </w:p>
              </w:tc>
              <w:tc>
                <w:tcPr>
                  <w:tcW w:type="dxa" w:w="720"/>
                </w:tcPr>
                <w:p>
                  <w:pPr>
                    <w:spacing w:after="0" w:before="80"/>
                    <w:jc w:val="center"/>
                  </w:pPr>
                  <w:r>
                    <w:rPr>
                      <w:b/>
                      <w:i w:val="0"/>
                      <w:color w:val="90A4AE"/>
                      <w:sz w:val="18"/>
                    </w:rPr>
                    <w:t>4</w:t>
                  </w:r>
                </w:p>
              </w:tc>
              <w:tc>
                <w:tcPr>
                  <w:tcW w:type="dxa" w:w="720"/>
                </w:tcPr>
                <w:p>
                  <w:pPr>
                    <w:spacing w:after="0" w:before="80"/>
                    <w:jc w:val="center"/>
                  </w:pPr>
                  <w:r>
                    <w:rPr>
                      <w:b/>
                      <w:i w:val="0"/>
                      <w:color w:val="90A4AE"/>
                      <w:sz w:val="18"/>
                    </w:rPr>
                    <w:t>5</w:t>
                  </w:r>
                </w:p>
              </w:tc>
            </w:tr>
            <w:tr>
              <w:trPr>
                <w:trHeight w:val="518" w:hRule="exact"/>
              </w:trPr>
              <w:tc>
                <w:tcPr>
                  <w:tcW w:type="dxa" w:w="720"/>
                </w:tcPr>
                <w:p>
                  <w:pPr>
                    <w:spacing w:after="0" w:before="80"/>
                    <w:jc w:val="center"/>
                  </w:pPr>
                  <w:r>
                    <w:rPr>
                      <w:b/>
                      <w:i w:val="0"/>
                      <w:color w:val="90A4AE"/>
                      <w:sz w:val="18"/>
                    </w:rPr>
                    <w:t>6</w:t>
                  </w:r>
                </w:p>
              </w:tc>
              <w:tc>
                <w:tcPr>
                  <w:tcW w:type="dxa" w:w="720"/>
                </w:tcPr>
                <w:p>
                  <w:pPr>
                    <w:spacing w:after="0" w:before="80"/>
                    <w:jc w:val="center"/>
                  </w:pPr>
                  <w:r>
                    <w:rPr>
                      <w:b/>
                      <w:i w:val="0"/>
                      <w:color w:val="90A4AE"/>
                      <w:sz w:val="18"/>
                    </w:rPr>
                    <w:t>7</w:t>
                  </w:r>
                </w:p>
              </w:tc>
              <w:tc>
                <w:tcPr>
                  <w:tcW w:type="dxa" w:w="720"/>
                </w:tcPr>
                <w:p>
                  <w:pPr>
                    <w:spacing w:after="0" w:before="80"/>
                    <w:jc w:val="center"/>
                  </w:pPr>
                  <w:r>
                    <w:rPr>
                      <w:b/>
                      <w:i w:val="0"/>
                      <w:color w:val="90A4AE"/>
                      <w:sz w:val="18"/>
                    </w:rPr>
                    <w:t>8</w:t>
                  </w:r>
                </w:p>
              </w:tc>
              <w:tc>
                <w:tcPr>
                  <w:tcW w:type="dxa" w:w="720"/>
                </w:tcPr>
                <w:p>
                  <w:pPr>
                    <w:spacing w:after="0" w:before="80"/>
                    <w:jc w:val="center"/>
                  </w:pPr>
                  <w:r>
                    <w:rPr>
                      <w:b/>
                      <w:i w:val="0"/>
                      <w:color w:val="90A4AE"/>
                      <w:sz w:val="18"/>
                    </w:rPr>
                    <w:t>9</w:t>
                  </w:r>
                </w:p>
              </w:tc>
              <w:tc>
                <w:tcPr>
                  <w:tcW w:type="dxa" w:w="720"/>
                  <w:shd w:val="clear" w:color="auto" w:fill="1565C0"/>
                </w:tcPr>
                <w:p>
                  <w:pPr>
                    <w:spacing w:after="0" w:before="80"/>
                    <w:jc w:val="center"/>
                  </w:pPr>
                  <w:r>
                    <w:rPr>
                      <w:b/>
                      <w:i w:val="0"/>
                      <w:color w:val="FFFFFF"/>
                      <w:sz w:val="14"/>
                    </w:rPr>
                    <w:t>FREE</w:t>
                  </w:r>
                </w:p>
              </w:tc>
            </w:tr>
          </w:tbl>
          <w:p/>
          <w:p>
            <w:pPr>
              <w:spacing w:after="0" w:before="60"/>
              <w:jc w:val="center"/>
            </w:pPr>
            <w:r>
              <w:rPr>
                <w:b/>
                <w:i w:val="0"/>
                <w:color w:val="0D47A1"/>
                <w:sz w:val="15"/>
              </w:rPr>
              <w:t>Collect 9 punches and your 10th visit is on us.</w:t>
            </w:r>
          </w:p>
          <w:p>
            <w:pPr>
              <w:spacing w:after="0" w:before="20"/>
              <w:jc w:val="center"/>
            </w:pPr>
            <w:r>
              <w:rPr>
                <w:b w:val="0"/>
                <w:i w:val="0"/>
                <w:color w:val="546E7A"/>
                <w:sz w:val="13"/>
              </w:rPr>
              <w:t>Name: ______________  Start: ______  Expires: ______</w:t>
            </w:r>
          </w:p>
        </w:tc>
      </w:tr>
    </w:tbl>
    <w:sectPr w:rsidR="00FC693F" w:rsidRPr="0006063C" w:rsidSect="00034616">
      <w:pgSz w:w="12240" w:h="15840"/>
      <w:pgMar w:top="648" w:right="1080" w:bottom="64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Calibri" w:hAnsi="Calibri" w:eastAsia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