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b/>
          <w:i w:val="0"/>
          <w:color w:val="616161"/>
          <w:sz w:val="24"/>
        </w:rPr>
        <w:t>[Lincoln Elementary PTA]</w:t>
      </w:r>
    </w:p>
    <w:p>
      <w:pPr>
        <w:spacing w:before="0" w:after="0"/>
        <w:jc w:val="center"/>
      </w:pPr>
      <w:r>
        <w:rPr>
          <w:b/>
          <w:i w:val="0"/>
          <w:color w:val="1B5E20"/>
          <w:sz w:val="48"/>
        </w:rPr>
        <w:t>PTA General Meeting Agenda</w:t>
      </w:r>
    </w:p>
    <w:p>
      <w:pPr>
        <w:spacing w:before="0" w:after="160"/>
        <w:jc w:val="center"/>
      </w:pPr>
      <w:r>
        <w:rPr>
          <w:b w:val="0"/>
          <w:i/>
          <w:color w:val="757575"/>
          <w:sz w:val="20"/>
        </w:rPr>
        <w:t>Parents • Teachers • Students – Working Together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3240"/>
        <w:gridCol w:w="1800"/>
        <w:gridCol w:w="3240"/>
      </w:tblGrid>
      <w:tr>
        <w:tc>
          <w:tcPr>
            <w:tcW w:type="dxa" w:w="1800"/>
            <w:shd w:val="clear" w:color="auto" w:fill="E8F5E9"/>
          </w:tcPr>
          <w:p>
            <w:r/>
            <w:r>
              <w:rPr>
                <w:b/>
                <w:i w:val="0"/>
                <w:color w:val="1B5E20"/>
                <w:sz w:val="20"/>
              </w:rPr>
              <w:t>Date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Tuesday, November 10, 2026</w:t>
            </w:r>
          </w:p>
        </w:tc>
        <w:tc>
          <w:tcPr>
            <w:tcW w:type="dxa" w:w="1800"/>
            <w:shd w:val="clear" w:color="auto" w:fill="E8F5E9"/>
          </w:tcPr>
          <w:p>
            <w:r/>
            <w:r>
              <w:rPr>
                <w:b/>
                <w:i w:val="0"/>
                <w:color w:val="1B5E20"/>
                <w:sz w:val="20"/>
              </w:rPr>
              <w:t>Time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6:30 PM – 7:45 PM</w:t>
            </w:r>
          </w:p>
        </w:tc>
      </w:tr>
      <w:tr>
        <w:tc>
          <w:tcPr>
            <w:tcW w:type="dxa" w:w="1800"/>
            <w:shd w:val="clear" w:color="auto" w:fill="E8F5E9"/>
          </w:tcPr>
          <w:p>
            <w:r/>
            <w:r>
              <w:rPr>
                <w:b/>
                <w:i w:val="0"/>
                <w:color w:val="1B5E20"/>
                <w:sz w:val="20"/>
              </w:rPr>
              <w:t>Location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School Library, Room 104</w:t>
            </w:r>
          </w:p>
        </w:tc>
        <w:tc>
          <w:tcPr>
            <w:tcW w:type="dxa" w:w="1800"/>
            <w:shd w:val="clear" w:color="auto" w:fill="E8F5E9"/>
          </w:tcPr>
          <w:p>
            <w:r/>
            <w:r>
              <w:rPr>
                <w:b/>
                <w:i w:val="0"/>
                <w:color w:val="1B5E20"/>
                <w:sz w:val="20"/>
              </w:rPr>
              <w:t>Presiding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Nadia Qureshi, President</w:t>
            </w:r>
          </w:p>
        </w:tc>
      </w:tr>
      <w:tr>
        <w:tc>
          <w:tcPr>
            <w:tcW w:type="dxa" w:w="1800"/>
            <w:shd w:val="clear" w:color="auto" w:fill="E8F5E9"/>
          </w:tcPr>
          <w:p>
            <w:r/>
            <w:r>
              <w:rPr>
                <w:b/>
                <w:i w:val="0"/>
                <w:color w:val="1B5E20"/>
                <w:sz w:val="20"/>
              </w:rPr>
              <w:t>Recorder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Tom Becker, Secretary</w:t>
            </w:r>
          </w:p>
        </w:tc>
        <w:tc>
          <w:tcPr>
            <w:tcW w:type="dxa" w:w="1800"/>
            <w:shd w:val="clear" w:color="auto" w:fill="E8F5E9"/>
          </w:tcPr>
          <w:p>
            <w:r/>
            <w:r>
              <w:rPr>
                <w:b/>
                <w:i w:val="0"/>
                <w:color w:val="1B5E20"/>
                <w:sz w:val="20"/>
              </w:rPr>
              <w:t>Join Online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meet.link/lincolnpta</w:t>
            </w:r>
          </w:p>
        </w:tc>
      </w:tr>
    </w:tbl>
    <w:p>
      <w:pPr>
        <w:spacing w:before="0" w:after="120"/>
      </w:pPr>
      <w:r>
        <w:rPr>
          <w:b w:val="0"/>
          <w:i w:val="0"/>
          <w:sz w:val="21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36"/>
        <w:gridCol w:w="4968"/>
        <w:gridCol w:w="2016"/>
        <w:gridCol w:w="2160"/>
      </w:tblGrid>
      <w:tr>
        <w:tc>
          <w:tcPr>
            <w:tcW w:type="dxa" w:w="936"/>
            <w:shd w:val="clear" w:color="auto" w:fill="1B5E2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Time</w:t>
            </w:r>
          </w:p>
        </w:tc>
        <w:tc>
          <w:tcPr>
            <w:tcW w:type="dxa" w:w="4968"/>
            <w:shd w:val="clear" w:color="auto" w:fill="1B5E2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Agenda Item</w:t>
            </w:r>
          </w:p>
        </w:tc>
        <w:tc>
          <w:tcPr>
            <w:tcW w:type="dxa" w:w="2016"/>
            <w:shd w:val="clear" w:color="auto" w:fill="1B5E2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Presenter</w:t>
            </w:r>
          </w:p>
        </w:tc>
        <w:tc>
          <w:tcPr>
            <w:tcW w:type="dxa" w:w="2160"/>
            <w:shd w:val="clear" w:color="auto" w:fill="1B5E2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Action</w:t>
            </w:r>
          </w:p>
        </w:tc>
      </w:tr>
      <w:tr>
        <w:tc>
          <w:tcPr>
            <w:tcW w:type="dxa" w:w="93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6:30</w:t>
            </w:r>
          </w:p>
        </w:tc>
        <w:tc>
          <w:tcPr>
            <w:tcW w:type="dxa" w:w="4968"/>
          </w:tcPr>
          <w:p>
            <w:r/>
            <w:r>
              <w:rPr>
                <w:b w:val="0"/>
                <w:i w:val="0"/>
                <w:sz w:val="20"/>
              </w:rPr>
              <w:t>Call to order and welcome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20"/>
              </w:rPr>
              <w:t>President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  <w:t>—</w:t>
            </w:r>
          </w:p>
        </w:tc>
      </w:tr>
      <w:tr>
        <w:tc>
          <w:tcPr>
            <w:tcW w:type="dxa" w:w="936"/>
            <w:shd w:val="clear" w:color="auto" w:fill="E8F5E9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6:35</w:t>
            </w:r>
          </w:p>
        </w:tc>
        <w:tc>
          <w:tcPr>
            <w:tcW w:type="dxa" w:w="4968"/>
            <w:shd w:val="clear" w:color="auto" w:fill="E8F5E9"/>
          </w:tcPr>
          <w:p>
            <w:r/>
            <w:r>
              <w:rPr>
                <w:b w:val="0"/>
                <w:i w:val="0"/>
                <w:sz w:val="20"/>
              </w:rPr>
              <w:t>Pledge / opening remarks; establish quorum</w:t>
            </w:r>
          </w:p>
        </w:tc>
        <w:tc>
          <w:tcPr>
            <w:tcW w:type="dxa" w:w="2016"/>
            <w:shd w:val="clear" w:color="auto" w:fill="E8F5E9"/>
          </w:tcPr>
          <w:p>
            <w:r/>
            <w:r>
              <w:rPr>
                <w:b w:val="0"/>
                <w:i w:val="0"/>
                <w:sz w:val="20"/>
              </w:rPr>
              <w:t>President</w:t>
            </w:r>
          </w:p>
        </w:tc>
        <w:tc>
          <w:tcPr>
            <w:tcW w:type="dxa" w:w="2160"/>
            <w:shd w:val="clear" w:color="auto" w:fill="E8F5E9"/>
          </w:tcPr>
          <w:p>
            <w:r/>
            <w:r>
              <w:rPr>
                <w:b w:val="0"/>
                <w:i w:val="0"/>
                <w:sz w:val="20"/>
              </w:rPr>
              <w:t>Quorum check</w:t>
            </w:r>
          </w:p>
        </w:tc>
      </w:tr>
      <w:tr>
        <w:tc>
          <w:tcPr>
            <w:tcW w:type="dxa" w:w="93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6:38</w:t>
            </w:r>
          </w:p>
        </w:tc>
        <w:tc>
          <w:tcPr>
            <w:tcW w:type="dxa" w:w="4968"/>
          </w:tcPr>
          <w:p>
            <w:r/>
            <w:r>
              <w:rPr>
                <w:b w:val="0"/>
                <w:i w:val="0"/>
                <w:sz w:val="20"/>
              </w:rPr>
              <w:t>Approval of tonight's agenda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20"/>
              </w:rPr>
              <w:t>President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  <w:t>Vote</w:t>
            </w:r>
          </w:p>
        </w:tc>
      </w:tr>
      <w:tr>
        <w:tc>
          <w:tcPr>
            <w:tcW w:type="dxa" w:w="936"/>
            <w:shd w:val="clear" w:color="auto" w:fill="E8F5E9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6:40</w:t>
            </w:r>
          </w:p>
        </w:tc>
        <w:tc>
          <w:tcPr>
            <w:tcW w:type="dxa" w:w="4968"/>
            <w:shd w:val="clear" w:color="auto" w:fill="E8F5E9"/>
          </w:tcPr>
          <w:p>
            <w:r/>
            <w:r>
              <w:rPr>
                <w:b w:val="0"/>
                <w:i w:val="0"/>
                <w:sz w:val="20"/>
              </w:rPr>
              <w:t>Approval of minutes from October 13 meeting</w:t>
            </w:r>
          </w:p>
        </w:tc>
        <w:tc>
          <w:tcPr>
            <w:tcW w:type="dxa" w:w="2016"/>
            <w:shd w:val="clear" w:color="auto" w:fill="E8F5E9"/>
          </w:tcPr>
          <w:p>
            <w:r/>
            <w:r>
              <w:rPr>
                <w:b w:val="0"/>
                <w:i w:val="0"/>
                <w:sz w:val="20"/>
              </w:rPr>
              <w:t>Secretary</w:t>
            </w:r>
          </w:p>
        </w:tc>
        <w:tc>
          <w:tcPr>
            <w:tcW w:type="dxa" w:w="2160"/>
            <w:shd w:val="clear" w:color="auto" w:fill="E8F5E9"/>
          </w:tcPr>
          <w:p>
            <w:r/>
            <w:r>
              <w:rPr>
                <w:b w:val="0"/>
                <w:i w:val="0"/>
                <w:sz w:val="20"/>
              </w:rPr>
              <w:t>Vote</w:t>
            </w:r>
          </w:p>
        </w:tc>
      </w:tr>
      <w:tr>
        <w:tc>
          <w:tcPr>
            <w:tcW w:type="dxa" w:w="93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6:45</w:t>
            </w:r>
          </w:p>
        </w:tc>
        <w:tc>
          <w:tcPr>
            <w:tcW w:type="dxa" w:w="4968"/>
          </w:tcPr>
          <w:p>
            <w:r/>
            <w:r>
              <w:rPr>
                <w:b w:val="0"/>
                <w:i w:val="0"/>
                <w:sz w:val="20"/>
              </w:rPr>
              <w:t>Treasurer's report – balance, income, expenses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20"/>
              </w:rPr>
              <w:t>Treasurer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  <w:t>Accept report</w:t>
            </w:r>
          </w:p>
        </w:tc>
      </w:tr>
      <w:tr>
        <w:tc>
          <w:tcPr>
            <w:tcW w:type="dxa" w:w="936"/>
            <w:shd w:val="clear" w:color="auto" w:fill="E8F5E9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6:55</w:t>
            </w:r>
          </w:p>
        </w:tc>
        <w:tc>
          <w:tcPr>
            <w:tcW w:type="dxa" w:w="4968"/>
            <w:shd w:val="clear" w:color="auto" w:fill="E8F5E9"/>
          </w:tcPr>
          <w:p>
            <w:r/>
            <w:r>
              <w:rPr>
                <w:b w:val="0"/>
                <w:i w:val="0"/>
                <w:sz w:val="20"/>
              </w:rPr>
              <w:t>Principal's report – school updates, test dates</w:t>
            </w:r>
          </w:p>
        </w:tc>
        <w:tc>
          <w:tcPr>
            <w:tcW w:type="dxa" w:w="2016"/>
            <w:shd w:val="clear" w:color="auto" w:fill="E8F5E9"/>
          </w:tcPr>
          <w:p>
            <w:r/>
            <w:r>
              <w:rPr>
                <w:b w:val="0"/>
                <w:i w:val="0"/>
                <w:sz w:val="20"/>
              </w:rPr>
              <w:t>Principal</w:t>
            </w:r>
          </w:p>
        </w:tc>
        <w:tc>
          <w:tcPr>
            <w:tcW w:type="dxa" w:w="2160"/>
            <w:shd w:val="clear" w:color="auto" w:fill="E8F5E9"/>
          </w:tcPr>
          <w:p>
            <w:r/>
            <w:r>
              <w:rPr>
                <w:b w:val="0"/>
                <w:i w:val="0"/>
                <w:sz w:val="20"/>
              </w:rPr>
              <w:t>Information</w:t>
            </w:r>
          </w:p>
        </w:tc>
      </w:tr>
      <w:tr>
        <w:tc>
          <w:tcPr>
            <w:tcW w:type="dxa" w:w="93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7:05</w:t>
            </w:r>
          </w:p>
        </w:tc>
        <w:tc>
          <w:tcPr>
            <w:tcW w:type="dxa" w:w="4968"/>
          </w:tcPr>
          <w:p>
            <w:r/>
            <w:r>
              <w:rPr>
                <w:b w:val="0"/>
                <w:i w:val="0"/>
                <w:sz w:val="20"/>
              </w:rPr>
              <w:t>Teacher representative update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20"/>
              </w:rPr>
              <w:t>Teacher Rep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  <w:t>Information</w:t>
            </w:r>
          </w:p>
        </w:tc>
      </w:tr>
      <w:tr>
        <w:tc>
          <w:tcPr>
            <w:tcW w:type="dxa" w:w="936"/>
            <w:shd w:val="clear" w:color="auto" w:fill="E8F5E9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7:10</w:t>
            </w:r>
          </w:p>
        </w:tc>
        <w:tc>
          <w:tcPr>
            <w:tcW w:type="dxa" w:w="4968"/>
            <w:shd w:val="clear" w:color="auto" w:fill="E8F5E9"/>
          </w:tcPr>
          <w:p>
            <w:r/>
            <w:r>
              <w:rPr>
                <w:b w:val="0"/>
                <w:i w:val="0"/>
                <w:sz w:val="20"/>
              </w:rPr>
              <w:t>Committee reports: Fall Festival, Book Fair, Hospitality</w:t>
            </w:r>
          </w:p>
        </w:tc>
        <w:tc>
          <w:tcPr>
            <w:tcW w:type="dxa" w:w="2016"/>
            <w:shd w:val="clear" w:color="auto" w:fill="E8F5E9"/>
          </w:tcPr>
          <w:p>
            <w:r/>
            <w:r>
              <w:rPr>
                <w:b w:val="0"/>
                <w:i w:val="0"/>
                <w:sz w:val="20"/>
              </w:rPr>
              <w:t>Chairs</w:t>
            </w:r>
          </w:p>
        </w:tc>
        <w:tc>
          <w:tcPr>
            <w:tcW w:type="dxa" w:w="2160"/>
            <w:shd w:val="clear" w:color="auto" w:fill="E8F5E9"/>
          </w:tcPr>
          <w:p>
            <w:r/>
            <w:r>
              <w:rPr>
                <w:b w:val="0"/>
                <w:i w:val="0"/>
                <w:sz w:val="20"/>
              </w:rPr>
              <w:t>Information</w:t>
            </w:r>
          </w:p>
        </w:tc>
      </w:tr>
      <w:tr>
        <w:tc>
          <w:tcPr>
            <w:tcW w:type="dxa" w:w="93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7:20</w:t>
            </w:r>
          </w:p>
        </w:tc>
        <w:tc>
          <w:tcPr>
            <w:tcW w:type="dxa" w:w="4968"/>
          </w:tcPr>
          <w:p>
            <w:r/>
            <w:r>
              <w:rPr>
                <w:b w:val="0"/>
                <w:i w:val="0"/>
                <w:sz w:val="20"/>
              </w:rPr>
              <w:t>Unfinished business: playground shade project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20"/>
              </w:rPr>
              <w:t>Vice President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  <w:t>Discuss / vote</w:t>
            </w:r>
          </w:p>
        </w:tc>
      </w:tr>
      <w:tr>
        <w:tc>
          <w:tcPr>
            <w:tcW w:type="dxa" w:w="936"/>
            <w:shd w:val="clear" w:color="auto" w:fill="E8F5E9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7:28</w:t>
            </w:r>
          </w:p>
        </w:tc>
        <w:tc>
          <w:tcPr>
            <w:tcW w:type="dxa" w:w="4968"/>
            <w:shd w:val="clear" w:color="auto" w:fill="E8F5E9"/>
          </w:tcPr>
          <w:p>
            <w:r/>
            <w:r>
              <w:rPr>
                <w:b w:val="0"/>
                <w:i w:val="0"/>
                <w:sz w:val="20"/>
              </w:rPr>
              <w:t>New business: Winter Family Night proposal</w:t>
            </w:r>
          </w:p>
        </w:tc>
        <w:tc>
          <w:tcPr>
            <w:tcW w:type="dxa" w:w="2016"/>
            <w:shd w:val="clear" w:color="auto" w:fill="E8F5E9"/>
          </w:tcPr>
          <w:p>
            <w:r/>
            <w:r>
              <w:rPr>
                <w:b w:val="0"/>
                <w:i w:val="0"/>
                <w:sz w:val="20"/>
              </w:rPr>
              <w:t>Event Chair</w:t>
            </w:r>
          </w:p>
        </w:tc>
        <w:tc>
          <w:tcPr>
            <w:tcW w:type="dxa" w:w="2160"/>
            <w:shd w:val="clear" w:color="auto" w:fill="E8F5E9"/>
          </w:tcPr>
          <w:p>
            <w:r/>
            <w:r>
              <w:rPr>
                <w:b w:val="0"/>
                <w:i w:val="0"/>
                <w:sz w:val="20"/>
              </w:rPr>
              <w:t>Discuss / vote</w:t>
            </w:r>
          </w:p>
        </w:tc>
      </w:tr>
      <w:tr>
        <w:tc>
          <w:tcPr>
            <w:tcW w:type="dxa" w:w="93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7:38</w:t>
            </w:r>
          </w:p>
        </w:tc>
        <w:tc>
          <w:tcPr>
            <w:tcW w:type="dxa" w:w="4968"/>
          </w:tcPr>
          <w:p>
            <w:r/>
            <w:r>
              <w:rPr>
                <w:b w:val="0"/>
                <w:i w:val="0"/>
                <w:sz w:val="20"/>
              </w:rPr>
              <w:t>Announcements &amp; volunteer opportunities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20"/>
              </w:rPr>
              <w:t>All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  <w:t>—</w:t>
            </w:r>
          </w:p>
        </w:tc>
      </w:tr>
      <w:tr>
        <w:tc>
          <w:tcPr>
            <w:tcW w:type="dxa" w:w="936"/>
            <w:shd w:val="clear" w:color="auto" w:fill="E8F5E9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7:43</w:t>
            </w:r>
          </w:p>
        </w:tc>
        <w:tc>
          <w:tcPr>
            <w:tcW w:type="dxa" w:w="4968"/>
            <w:shd w:val="clear" w:color="auto" w:fill="E8F5E9"/>
          </w:tcPr>
          <w:p>
            <w:r/>
            <w:r>
              <w:rPr>
                <w:b w:val="0"/>
                <w:i w:val="0"/>
                <w:sz w:val="20"/>
              </w:rPr>
              <w:t>Open floor – parent questions</w:t>
            </w:r>
          </w:p>
        </w:tc>
        <w:tc>
          <w:tcPr>
            <w:tcW w:type="dxa" w:w="2016"/>
            <w:shd w:val="clear" w:color="auto" w:fill="E8F5E9"/>
          </w:tcPr>
          <w:p>
            <w:r/>
            <w:r>
              <w:rPr>
                <w:b w:val="0"/>
                <w:i w:val="0"/>
                <w:sz w:val="20"/>
              </w:rPr>
              <w:t>All</w:t>
            </w:r>
          </w:p>
        </w:tc>
        <w:tc>
          <w:tcPr>
            <w:tcW w:type="dxa" w:w="2160"/>
            <w:shd w:val="clear" w:color="auto" w:fill="E8F5E9"/>
          </w:tcPr>
          <w:p>
            <w:r/>
            <w:r>
              <w:rPr>
                <w:b w:val="0"/>
                <w:i w:val="0"/>
                <w:sz w:val="20"/>
              </w:rPr>
              <w:t>—</w:t>
            </w:r>
          </w:p>
        </w:tc>
      </w:tr>
      <w:tr>
        <w:tc>
          <w:tcPr>
            <w:tcW w:type="dxa" w:w="93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7:45</w:t>
            </w:r>
          </w:p>
        </w:tc>
        <w:tc>
          <w:tcPr>
            <w:tcW w:type="dxa" w:w="4968"/>
          </w:tcPr>
          <w:p>
            <w:r/>
            <w:r>
              <w:rPr>
                <w:b w:val="0"/>
                <w:i w:val="0"/>
                <w:sz w:val="20"/>
              </w:rPr>
              <w:t>Adjournment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20"/>
              </w:rPr>
              <w:t>President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  <w:t>Motion</w:t>
            </w:r>
          </w:p>
        </w:tc>
      </w:tr>
    </w:tbl>
    <w:p>
      <w:pPr>
        <w:spacing w:before="0" w:after="80"/>
      </w:pPr>
      <w:r>
        <w:rPr>
          <w:b w:val="0"/>
          <w:i w:val="0"/>
          <w:sz w:val="21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1B5E20"/>
          </w:tcPr>
          <w:p>
            <w:r/>
            <w:r>
              <w:rPr>
                <w:b/>
                <w:i w:val="0"/>
                <w:color w:val="FFFFFF"/>
                <w:sz w:val="21"/>
              </w:rPr>
              <w:t>NOTES / MOTIONS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</w:tcPr>
          <w:p>
            <w:r/>
            <w:r>
              <w:rPr>
                <w:b w:val="0"/>
                <w:i w:val="0"/>
                <w:sz w:val="24"/>
              </w:rPr>
              <w:t xml:space="preserve"> </w:t>
            </w:r>
          </w:p>
        </w:tc>
      </w:tr>
      <w:tr>
        <w:tc>
          <w:tcPr>
            <w:tcW w:type="dxa" w:w="10080"/>
          </w:tcPr>
          <w:p>
            <w:r/>
            <w:r>
              <w:rPr>
                <w:b w:val="0"/>
                <w:i w:val="0"/>
                <w:sz w:val="24"/>
              </w:rPr>
              <w:t xml:space="preserve"> </w:t>
            </w:r>
          </w:p>
        </w:tc>
      </w:tr>
      <w:tr>
        <w:tc>
          <w:tcPr>
            <w:tcW w:type="dxa" w:w="10080"/>
          </w:tcPr>
          <w:p>
            <w:r/>
            <w:r>
              <w:rPr>
                <w:b w:val="0"/>
                <w:i w:val="0"/>
                <w:sz w:val="24"/>
              </w:rPr>
              <w:t xml:space="preserve"> </w:t>
            </w:r>
          </w:p>
        </w:tc>
      </w:tr>
      <w:tr>
        <w:tc>
          <w:tcPr>
            <w:tcW w:type="dxa" w:w="10080"/>
          </w:tcPr>
          <w:p>
            <w:r/>
            <w:r>
              <w:rPr>
                <w:b w:val="0"/>
                <w:i w:val="0"/>
                <w:sz w:val="24"/>
              </w:rPr>
              <w:t xml:space="preserve"> </w:t>
            </w:r>
          </w:p>
        </w:tc>
      </w:tr>
    </w:tbl>
    <w:p>
      <w:pPr>
        <w:spacing w:before="0" w:after="80"/>
      </w:pPr>
      <w:r>
        <w:rPr>
          <w:b w:val="0"/>
          <w:i w:val="0"/>
          <w:sz w:val="21"/>
        </w:rPr>
      </w:r>
    </w:p>
    <w:p>
      <w:pPr>
        <w:spacing w:before="0" w:after="0"/>
        <w:jc w:val="center"/>
      </w:pPr>
      <w:r>
        <w:rPr>
          <w:b/>
          <w:i w:val="0"/>
          <w:color w:val="1B5E20"/>
          <w:sz w:val="20"/>
        </w:rPr>
        <w:t>Next meeting: Tuesday, December 8, 2026 at 6:30 PM  •  Childcare available in Room 102</w:t>
      </w:r>
    </w:p>
    <w:p>
      <w:pPr>
        <w:spacing w:before="0" w:after="0"/>
        <w:jc w:val="center"/>
      </w:pPr>
      <w:r>
        <w:rPr>
          <w:b w:val="0"/>
          <w:i/>
          <w:color w:val="757575"/>
          <w:sz w:val="19"/>
        </w:rPr>
        <w:t>Questions? Email lincolnpta@school.org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