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dashed" w:sz="6" w:color="9E9E9E"/>
          <w:left w:val="dashed" w:sz="6" w:color="9E9E9E"/>
          <w:bottom w:val="dashed" w:sz="6" w:color="9E9E9E"/>
          <w:right w:val="dashed" w:sz="6" w:color="9E9E9E"/>
          <w:insideH w:val="dashed" w:sz="6" w:color="9E9E9E"/>
          <w:insideV w:val="dashed" w:sz="6" w:color="9E9E9E"/>
        </w:tblBorders>
      </w:tblPr>
      <w:tblGrid>
        <w:gridCol w:w="5040"/>
        <w:gridCol w:w="5040"/>
      </w:tblGrid>
      <w:tr>
        <w:trPr>
          <w:trHeight w:val="2880" w:hRule="exact"/>
        </w:trPr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CE4EC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AD1457"/>
                <w:sz w:val="28"/>
              </w:rPr>
              <w:t>[SALON &amp; SPA]</w:t>
            </w:r>
          </w:p>
          <w:p>
            <w:pPr>
              <w:spacing w:after="80" w:before="0"/>
              <w:jc w:val="center"/>
            </w:pPr>
            <w:r>
              <w:rPr>
                <w:b/>
                <w:i w:val="0"/>
                <w:color w:val="C2185B"/>
                <w:sz w:val="15"/>
              </w:rPr>
              <w:t>BEAUTY REWARDS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✿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♥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AD1457"/>
                <w:sz w:val="17"/>
              </w:rPr>
              <w:t>7 visits = 50% OFF your 8th service</w:t>
            </w:r>
          </w:p>
          <w:p>
            <w:pPr>
              <w:spacing w:after="0" w:before="60"/>
              <w:jc w:val="center"/>
            </w:pPr>
            <w:r>
              <w:rPr>
                <w:b w:val="0"/>
                <w:i w:val="0"/>
                <w:color w:val="880E4F"/>
                <w:sz w:val="14"/>
              </w:rPr>
              <w:t>Next appointment: ____/____  at ______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D4C41"/>
                <w:sz w:val="13"/>
              </w:rPr>
              <w:t>(555) 123-4567  •  book@yoursalon.com</w:t>
            </w:r>
          </w:p>
        </w:tc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CE4EC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AD1457"/>
                <w:sz w:val="28"/>
              </w:rPr>
              <w:t>[SALON &amp; SPA]</w:t>
            </w:r>
          </w:p>
          <w:p>
            <w:pPr>
              <w:spacing w:after="80" w:before="0"/>
              <w:jc w:val="center"/>
            </w:pPr>
            <w:r>
              <w:rPr>
                <w:b/>
                <w:i w:val="0"/>
                <w:color w:val="C2185B"/>
                <w:sz w:val="15"/>
              </w:rPr>
              <w:t>BEAUTY REWARDS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✿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♥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AD1457"/>
                <w:sz w:val="17"/>
              </w:rPr>
              <w:t>7 visits = 50% OFF your 8th service</w:t>
            </w:r>
          </w:p>
          <w:p>
            <w:pPr>
              <w:spacing w:after="0" w:before="60"/>
              <w:jc w:val="center"/>
            </w:pPr>
            <w:r>
              <w:rPr>
                <w:b w:val="0"/>
                <w:i w:val="0"/>
                <w:color w:val="880E4F"/>
                <w:sz w:val="14"/>
              </w:rPr>
              <w:t>Next appointment: ____/____  at ______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D4C41"/>
                <w:sz w:val="13"/>
              </w:rPr>
              <w:t>(555) 123-4567  •  book@yoursalon.com</w:t>
            </w:r>
          </w:p>
        </w:tc>
      </w:tr>
      <w:tr>
        <w:trPr>
          <w:trHeight w:val="2880" w:hRule="exact"/>
        </w:trPr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CE4EC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AD1457"/>
                <w:sz w:val="28"/>
              </w:rPr>
              <w:t>[SALON &amp; SPA]</w:t>
            </w:r>
          </w:p>
          <w:p>
            <w:pPr>
              <w:spacing w:after="80" w:before="0"/>
              <w:jc w:val="center"/>
            </w:pPr>
            <w:r>
              <w:rPr>
                <w:b/>
                <w:i w:val="0"/>
                <w:color w:val="C2185B"/>
                <w:sz w:val="15"/>
              </w:rPr>
              <w:t>BEAUTY REWARDS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✿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♥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AD1457"/>
                <w:sz w:val="17"/>
              </w:rPr>
              <w:t>7 visits = 50% OFF your 8th service</w:t>
            </w:r>
          </w:p>
          <w:p>
            <w:pPr>
              <w:spacing w:after="0" w:before="60"/>
              <w:jc w:val="center"/>
            </w:pPr>
            <w:r>
              <w:rPr>
                <w:b w:val="0"/>
                <w:i w:val="0"/>
                <w:color w:val="880E4F"/>
                <w:sz w:val="14"/>
              </w:rPr>
              <w:t>Next appointment: ____/____  at ______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D4C41"/>
                <w:sz w:val="13"/>
              </w:rPr>
              <w:t>(555) 123-4567  •  book@yoursalon.com</w:t>
            </w:r>
          </w:p>
        </w:tc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CE4EC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AD1457"/>
                <w:sz w:val="28"/>
              </w:rPr>
              <w:t>[SALON &amp; SPA]</w:t>
            </w:r>
          </w:p>
          <w:p>
            <w:pPr>
              <w:spacing w:after="80" w:before="0"/>
              <w:jc w:val="center"/>
            </w:pPr>
            <w:r>
              <w:rPr>
                <w:b/>
                <w:i w:val="0"/>
                <w:color w:val="C2185B"/>
                <w:sz w:val="15"/>
              </w:rPr>
              <w:t>BEAUTY REWARDS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✿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♥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AD1457"/>
                <w:sz w:val="17"/>
              </w:rPr>
              <w:t>7 visits = 50% OFF your 8th service</w:t>
            </w:r>
          </w:p>
          <w:p>
            <w:pPr>
              <w:spacing w:after="0" w:before="60"/>
              <w:jc w:val="center"/>
            </w:pPr>
            <w:r>
              <w:rPr>
                <w:b w:val="0"/>
                <w:i w:val="0"/>
                <w:color w:val="880E4F"/>
                <w:sz w:val="14"/>
              </w:rPr>
              <w:t>Next appointment: ____/____  at ______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D4C41"/>
                <w:sz w:val="13"/>
              </w:rPr>
              <w:t>(555) 123-4567  •  book@yoursalon.com</w:t>
            </w:r>
          </w:p>
        </w:tc>
      </w:tr>
      <w:tr>
        <w:trPr>
          <w:trHeight w:val="2880" w:hRule="exact"/>
        </w:trPr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CE4EC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AD1457"/>
                <w:sz w:val="28"/>
              </w:rPr>
              <w:t>[SALON &amp; SPA]</w:t>
            </w:r>
          </w:p>
          <w:p>
            <w:pPr>
              <w:spacing w:after="80" w:before="0"/>
              <w:jc w:val="center"/>
            </w:pPr>
            <w:r>
              <w:rPr>
                <w:b/>
                <w:i w:val="0"/>
                <w:color w:val="C2185B"/>
                <w:sz w:val="15"/>
              </w:rPr>
              <w:t>BEAUTY REWARDS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✿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♥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AD1457"/>
                <w:sz w:val="17"/>
              </w:rPr>
              <w:t>7 visits = 50% OFF your 8th service</w:t>
            </w:r>
          </w:p>
          <w:p>
            <w:pPr>
              <w:spacing w:after="0" w:before="60"/>
              <w:jc w:val="center"/>
            </w:pPr>
            <w:r>
              <w:rPr>
                <w:b w:val="0"/>
                <w:i w:val="0"/>
                <w:color w:val="880E4F"/>
                <w:sz w:val="14"/>
              </w:rPr>
              <w:t>Next appointment: ____/____  at ______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D4C41"/>
                <w:sz w:val="13"/>
              </w:rPr>
              <w:t>(555) 123-4567  •  book@yoursalon.com</w:t>
            </w:r>
          </w:p>
        </w:tc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CE4EC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AD1457"/>
                <w:sz w:val="28"/>
              </w:rPr>
              <w:t>[SALON &amp; SPA]</w:t>
            </w:r>
          </w:p>
          <w:p>
            <w:pPr>
              <w:spacing w:after="80" w:before="0"/>
              <w:jc w:val="center"/>
            </w:pPr>
            <w:r>
              <w:rPr>
                <w:b/>
                <w:i w:val="0"/>
                <w:color w:val="C2185B"/>
                <w:sz w:val="15"/>
              </w:rPr>
              <w:t>BEAUTY REWARDS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✿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♥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AD1457"/>
                <w:sz w:val="17"/>
              </w:rPr>
              <w:t>7 visits = 50% OFF your 8th service</w:t>
            </w:r>
          </w:p>
          <w:p>
            <w:pPr>
              <w:spacing w:after="0" w:before="60"/>
              <w:jc w:val="center"/>
            </w:pPr>
            <w:r>
              <w:rPr>
                <w:b w:val="0"/>
                <w:i w:val="0"/>
                <w:color w:val="880E4F"/>
                <w:sz w:val="14"/>
              </w:rPr>
              <w:t>Next appointment: ____/____  at ______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D4C41"/>
                <w:sz w:val="13"/>
              </w:rPr>
              <w:t>(555) 123-4567  •  book@yoursalon.com</w:t>
            </w:r>
          </w:p>
        </w:tc>
      </w:tr>
      <w:tr>
        <w:trPr>
          <w:trHeight w:val="2880" w:hRule="exact"/>
        </w:trPr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CE4EC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AD1457"/>
                <w:sz w:val="28"/>
              </w:rPr>
              <w:t>[SALON &amp; SPA]</w:t>
            </w:r>
          </w:p>
          <w:p>
            <w:pPr>
              <w:spacing w:after="80" w:before="0"/>
              <w:jc w:val="center"/>
            </w:pPr>
            <w:r>
              <w:rPr>
                <w:b/>
                <w:i w:val="0"/>
                <w:color w:val="C2185B"/>
                <w:sz w:val="15"/>
              </w:rPr>
              <w:t>BEAUTY REWARDS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✿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♥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AD1457"/>
                <w:sz w:val="17"/>
              </w:rPr>
              <w:t>7 visits = 50% OFF your 8th service</w:t>
            </w:r>
          </w:p>
          <w:p>
            <w:pPr>
              <w:spacing w:after="0" w:before="60"/>
              <w:jc w:val="center"/>
            </w:pPr>
            <w:r>
              <w:rPr>
                <w:b w:val="0"/>
                <w:i w:val="0"/>
                <w:color w:val="880E4F"/>
                <w:sz w:val="14"/>
              </w:rPr>
              <w:t>Next appointment: ____/____  at ______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D4C41"/>
                <w:sz w:val="13"/>
              </w:rPr>
              <w:t>(555) 123-4567  •  book@yoursalon.com</w:t>
            </w:r>
          </w:p>
        </w:tc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CE4EC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AD1457"/>
                <w:sz w:val="28"/>
              </w:rPr>
              <w:t>[SALON &amp; SPA]</w:t>
            </w:r>
          </w:p>
          <w:p>
            <w:pPr>
              <w:spacing w:after="80" w:before="0"/>
              <w:jc w:val="center"/>
            </w:pPr>
            <w:r>
              <w:rPr>
                <w:b/>
                <w:i w:val="0"/>
                <w:color w:val="C2185B"/>
                <w:sz w:val="15"/>
              </w:rPr>
              <w:t>BEAUTY REWARDS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✿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♥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AD1457"/>
                <w:sz w:val="17"/>
              </w:rPr>
              <w:t>7 visits = 50% OFF your 8th service</w:t>
            </w:r>
          </w:p>
          <w:p>
            <w:pPr>
              <w:spacing w:after="0" w:before="60"/>
              <w:jc w:val="center"/>
            </w:pPr>
            <w:r>
              <w:rPr>
                <w:b w:val="0"/>
                <w:i w:val="0"/>
                <w:color w:val="880E4F"/>
                <w:sz w:val="14"/>
              </w:rPr>
              <w:t>Next appointment: ____/____  at ______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D4C41"/>
                <w:sz w:val="13"/>
              </w:rPr>
              <w:t>(555) 123-4567  •  book@yoursalon.com</w:t>
            </w:r>
          </w:p>
        </w:tc>
      </w:tr>
      <w:tr>
        <w:trPr>
          <w:trHeight w:val="2880" w:hRule="exact"/>
        </w:trPr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CE4EC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AD1457"/>
                <w:sz w:val="28"/>
              </w:rPr>
              <w:t>[SALON &amp; SPA]</w:t>
            </w:r>
          </w:p>
          <w:p>
            <w:pPr>
              <w:spacing w:after="80" w:before="0"/>
              <w:jc w:val="center"/>
            </w:pPr>
            <w:r>
              <w:rPr>
                <w:b/>
                <w:i w:val="0"/>
                <w:color w:val="C2185B"/>
                <w:sz w:val="15"/>
              </w:rPr>
              <w:t>BEAUTY REWARDS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✿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♥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AD1457"/>
                <w:sz w:val="17"/>
              </w:rPr>
              <w:t>7 visits = 50% OFF your 8th service</w:t>
            </w:r>
          </w:p>
          <w:p>
            <w:pPr>
              <w:spacing w:after="0" w:before="60"/>
              <w:jc w:val="center"/>
            </w:pPr>
            <w:r>
              <w:rPr>
                <w:b w:val="0"/>
                <w:i w:val="0"/>
                <w:color w:val="880E4F"/>
                <w:sz w:val="14"/>
              </w:rPr>
              <w:t>Next appointment: ____/____  at ______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D4C41"/>
                <w:sz w:val="13"/>
              </w:rPr>
              <w:t>(555) 123-4567  •  book@yoursalon.com</w:t>
            </w:r>
          </w:p>
        </w:tc>
        <w:tc>
          <w:tcPr>
            <w:tcW w:type="dxa" w:w="5040"/>
            <w:tcMar>
              <w:top w:w="60" w:type="dxa"/>
              <w:left w:w="120" w:type="dxa"/>
              <w:bottom w:w="40" w:type="dxa"/>
              <w:right w:w="120" w:type="dxa"/>
            </w:tcMar>
            <w:shd w:val="clear" w:color="auto" w:fill="FCE4EC"/>
          </w:tcPr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AD1457"/>
                <w:sz w:val="28"/>
              </w:rPr>
              <w:t>[SALON &amp; SPA]</w:t>
            </w:r>
          </w:p>
          <w:p>
            <w:pPr>
              <w:spacing w:after="80" w:before="0"/>
              <w:jc w:val="center"/>
            </w:pPr>
            <w:r>
              <w:rPr>
                <w:b/>
                <w:i w:val="0"/>
                <w:color w:val="C2185B"/>
                <w:sz w:val="15"/>
              </w:rPr>
              <w:t>BEAUTY REWARDS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✿</w:t>
            </w:r>
          </w:p>
          <w:p>
            <w:pPr>
              <w:spacing w:after="40" w:before="0"/>
              <w:jc w:val="center"/>
            </w:pPr>
            <w:r>
              <w:rPr>
                <w:b w:val="0"/>
                <w:i w:val="0"/>
                <w:color w:val="F48FB1"/>
                <w:sz w:val="36"/>
              </w:rPr>
              <w:t>✿   ✿   ✿   ♥</w:t>
            </w:r>
          </w:p>
          <w:p>
            <w:pPr>
              <w:spacing w:after="0" w:before="0"/>
              <w:jc w:val="center"/>
            </w:pPr>
            <w:r>
              <w:rPr>
                <w:b/>
                <w:i w:val="0"/>
                <w:color w:val="AD1457"/>
                <w:sz w:val="17"/>
              </w:rPr>
              <w:t>7 visits = 50% OFF your 8th service</w:t>
            </w:r>
          </w:p>
          <w:p>
            <w:pPr>
              <w:spacing w:after="0" w:before="60"/>
              <w:jc w:val="center"/>
            </w:pPr>
            <w:r>
              <w:rPr>
                <w:b w:val="0"/>
                <w:i w:val="0"/>
                <w:color w:val="880E4F"/>
                <w:sz w:val="14"/>
              </w:rPr>
              <w:t>Next appointment: ____/____  at ______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D4C41"/>
                <w:sz w:val="13"/>
              </w:rPr>
              <w:t>(555) 123-4567  •  book@yoursalon.com</w:t>
            </w:r>
          </w:p>
        </w:tc>
      </w:tr>
    </w:tbl>
    <w:sectPr w:rsidR="00FC693F" w:rsidRPr="0006063C" w:rsidSect="00034616">
      <w:pgSz w:w="12240" w:h="15840"/>
      <w:pgMar w:top="648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