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b/>
          <w:i w:val="0"/>
          <w:color w:val="1F4E79"/>
          <w:sz w:val="44"/>
        </w:rPr>
        <w:t>SIGN-IN SHEET</w:t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1872"/>
        <w:gridCol w:w="3168"/>
        <w:gridCol w:w="1872"/>
        <w:gridCol w:w="3168"/>
      </w:tblGrid>
      <w:tr>
        <w:tc>
          <w:tcPr>
            <w:tcW w:type="dxa" w:w="1872"/>
            <w:shd w:val="clear" w:color="auto" w:fill="DDEBF7"/>
          </w:tcPr>
          <w:p>
            <w:r/>
            <w:r>
              <w:rPr>
                <w:b/>
                <w:i w:val="0"/>
                <w:color w:val="1F4E79"/>
                <w:sz w:val="20"/>
              </w:rPr>
              <w:t>Event / Meeting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i w:val="0"/>
                <w:sz w:val="20"/>
              </w:rPr>
              <w:t>Monthly Team Meeting</w:t>
            </w:r>
          </w:p>
        </w:tc>
        <w:tc>
          <w:tcPr>
            <w:tcW w:type="dxa" w:w="1872"/>
            <w:shd w:val="clear" w:color="auto" w:fill="DDEBF7"/>
          </w:tcPr>
          <w:p>
            <w:r/>
            <w:r>
              <w:rPr>
                <w:b/>
                <w:i w:val="0"/>
                <w:color w:val="1F4E79"/>
                <w:sz w:val="20"/>
              </w:rPr>
              <w:t>Date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i w:val="0"/>
                <w:sz w:val="20"/>
              </w:rPr>
              <w:t>Nov 12, 2026</w:t>
            </w:r>
          </w:p>
        </w:tc>
      </w:tr>
      <w:tr>
        <w:tc>
          <w:tcPr>
            <w:tcW w:type="dxa" w:w="1872"/>
            <w:shd w:val="clear" w:color="auto" w:fill="DDEBF7"/>
          </w:tcPr>
          <w:p>
            <w:r/>
            <w:r>
              <w:rPr>
                <w:b/>
                <w:i w:val="0"/>
                <w:color w:val="1F4E79"/>
                <w:sz w:val="20"/>
              </w:rPr>
              <w:t>Location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i w:val="0"/>
                <w:sz w:val="20"/>
              </w:rPr>
              <w:t>Conference Room B</w:t>
            </w:r>
          </w:p>
        </w:tc>
        <w:tc>
          <w:tcPr>
            <w:tcW w:type="dxa" w:w="1872"/>
            <w:shd w:val="clear" w:color="auto" w:fill="DDEBF7"/>
          </w:tcPr>
          <w:p>
            <w:r/>
            <w:r>
              <w:rPr>
                <w:b/>
                <w:i w:val="0"/>
                <w:color w:val="1F4E79"/>
                <w:sz w:val="20"/>
              </w:rPr>
              <w:t>Host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i w:val="0"/>
                <w:sz w:val="20"/>
              </w:rPr>
              <w:t>Maria Lopez</w:t>
            </w:r>
          </w:p>
        </w:tc>
      </w:tr>
    </w:tbl>
    <w:p>
      <w:pPr>
        <w:spacing w:before="0" w:after="10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576"/>
        <w:gridCol w:w="2880"/>
        <w:gridCol w:w="2448"/>
        <w:gridCol w:w="2880"/>
        <w:gridCol w:w="1296"/>
      </w:tblGrid>
      <w:tr>
        <w:tc>
          <w:tcPr>
            <w:tcW w:type="dxa" w:w="576"/>
            <w:shd w:val="clear" w:color="auto" w:fill="1F4E79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#</w:t>
            </w:r>
          </w:p>
        </w:tc>
        <w:tc>
          <w:tcPr>
            <w:tcW w:type="dxa" w:w="2880"/>
            <w:shd w:val="clear" w:color="auto" w:fill="1F4E79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Name</w:t>
            </w:r>
          </w:p>
        </w:tc>
        <w:tc>
          <w:tcPr>
            <w:tcW w:type="dxa" w:w="2448"/>
            <w:shd w:val="clear" w:color="auto" w:fill="1F4E79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Organization / Dept.</w:t>
            </w:r>
          </w:p>
        </w:tc>
        <w:tc>
          <w:tcPr>
            <w:tcW w:type="dxa" w:w="2880"/>
            <w:shd w:val="clear" w:color="auto" w:fill="1F4E79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Signature</w:t>
            </w:r>
          </w:p>
        </w:tc>
        <w:tc>
          <w:tcPr>
            <w:tcW w:type="dxa" w:w="1296"/>
            <w:shd w:val="clear" w:color="auto" w:fill="1F4E79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Time In</w:t>
            </w:r>
          </w:p>
        </w:tc>
      </w:tr>
      <w:tr>
        <w:trPr>
          <w:trHeight w:val="490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Ahmed Khan</w:t>
            </w:r>
          </w:p>
        </w:tc>
        <w:tc>
          <w:tcPr>
            <w:tcW w:type="dxa" w:w="2448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Finance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color w:val="1F3A93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9:00 AM</w:t>
            </w:r>
          </w:p>
        </w:tc>
      </w:tr>
      <w:tr>
        <w:trPr>
          <w:trHeight w:val="490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Julia Weber</w:t>
            </w:r>
          </w:p>
        </w:tc>
        <w:tc>
          <w:tcPr>
            <w:tcW w:type="dxa" w:w="2448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Sales</w:t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</w:r>
          </w:p>
        </w:tc>
        <w:tc>
          <w:tcPr>
            <w:tcW w:type="dxa" w:w="1296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9:02 AM</w:t>
            </w:r>
          </w:p>
        </w:tc>
      </w:tr>
      <w:tr>
        <w:trPr>
          <w:trHeight w:val="490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Tom Becker</w:t>
            </w:r>
          </w:p>
        </w:tc>
        <w:tc>
          <w:tcPr>
            <w:tcW w:type="dxa" w:w="2448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IT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color w:val="1F3A93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9:05 AM</w:t>
            </w:r>
          </w:p>
        </w:tc>
      </w:tr>
      <w:tr>
        <w:trPr>
          <w:trHeight w:val="490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</w:t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8</w:t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9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10</w:t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11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12</w:t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13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14</w:t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15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16</w:t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17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90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18</w:t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448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88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29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