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/>
        <w:jc w:val="center"/>
      </w:pPr>
      <w:r>
        <w:rPr>
          <w:b w:val="0"/>
          <w:i w:val="0"/>
          <w:color w:val="3949AB"/>
          <w:sz w:val="28"/>
        </w:rPr>
        <w:t xml:space="preserve">✦ ✦ ✦ ✦ ✦ ✦ ✦ ✦ ✦ ✦ ✦ ✦ ✦ ✦ ✦ ✦ ✦ ✦ ✦ ✦ ✦ ✦ ✦ ✦ ✦ ✦ ✦ ✦ ✦ ✦ </w:t>
      </w:r>
    </w:p>
    <w:p>
      <w:pPr>
        <w:spacing w:before="0" w:after="120"/>
        <w:jc w:val="center"/>
      </w:pPr>
      <w:r>
        <w:rPr>
          <w:b/>
          <w:i w:val="0"/>
          <w:color w:val="3949AB"/>
          <w:sz w:val="64"/>
        </w:rPr>
        <w:t>Shh… It's a Surprise!</w:t>
      </w:r>
    </w:p>
    <w:p>
      <w:pPr>
        <w:spacing w:before="0" w:after="160"/>
        <w:jc w:val="center"/>
      </w:pPr>
      <w:r>
        <w:rPr>
          <w:b w:val="0"/>
          <w:i w:val="0"/>
          <w:sz w:val="26"/>
        </w:rPr>
        <w:t>Please join us for a surprise party for</w:t>
      </w:r>
    </w:p>
    <w:p>
      <w:pPr>
        <w:spacing w:before="0" w:after="160"/>
        <w:jc w:val="center"/>
      </w:pPr>
      <w:r>
        <w:rPr>
          <w:b/>
          <w:i w:val="0"/>
          <w:color w:val="3949AB"/>
          <w:sz w:val="60"/>
        </w:rPr>
        <w:t>[Name]</w:t>
      </w:r>
    </w:p>
    <w:p>
      <w:pPr>
        <w:spacing w:before="0" w:after="160"/>
        <w:jc w:val="center"/>
      </w:pPr>
      <w:r>
        <w:rPr>
          <w:b w:val="0"/>
          <w:i w:val="0"/>
          <w:sz w:val="26"/>
        </w:rPr>
        <w:t>Saturday, November 21, 2026  •  Arrive by 6:30 PM sharp</w:t>
      </w:r>
    </w:p>
    <w:p>
      <w:pPr>
        <w:spacing w:before="0" w:after="160"/>
        <w:jc w:val="center"/>
      </w:pPr>
      <w:r>
        <w:rPr>
          <w:b w:val="0"/>
          <w:i w:val="0"/>
          <w:sz w:val="24"/>
        </w:rPr>
        <w:t>[Address]  •  Park on [street] so we don't give it away</w:t>
      </w:r>
    </w:p>
    <w:p>
      <w:pPr>
        <w:spacing w:before="240" w:after="360"/>
        <w:jc w:val="center"/>
      </w:pPr>
      <w:r>
        <w:rPr>
          <w:b w:val="0"/>
          <w:i/>
          <w:color w:val="595959"/>
          <w:sz w:val="22"/>
        </w:rPr>
        <w:t>RSVP to [Host] at [phone] by November 15 — and keep it a secret!</w:t>
      </w:r>
    </w:p>
    <w:p>
      <w:pPr>
        <w:spacing w:before="0" w:after="0"/>
        <w:jc w:val="center"/>
      </w:pPr>
      <w:r>
        <w:rPr>
          <w:b w:val="0"/>
          <w:i w:val="0"/>
          <w:color w:val="3949AB"/>
          <w:sz w:val="28"/>
        </w:rPr>
        <w:t xml:space="preserve">✦ ✦ ✦ ✦ ✦ ✦ ✦ ✦ ✦ ✦ ✦ ✦ ✦ ✦ ✦ ✦ ✦ ✦ ✦ ✦ ✦ ✦ ✦ ✦ ✦ ✦ ✦ ✦ ✦ ✦ </w:t>
      </w:r>
    </w:p>
    <w:sectPr w:rsidR="00FC693F" w:rsidRPr="0006063C" w:rsidSect="00034616">
      <w:pgSz w:w="12240" w:h="15840"/>
      <w:pgMar w:top="1728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