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14400" w:type="dxa"/>
        <w:tblLayout w:type="fixed"/>
        <w:tblBorders>
          <w:top w:val="triple" w:sz="24" w:space="0" w:color="800000"/>
          <w:left w:val="triple" w:sz="24" w:space="0" w:color="800000"/>
          <w:bottom w:val="triple" w:sz="24" w:space="0" w:color="800000"/>
          <w:right w:val="triple" w:sz="24" w:space="0" w:color="800000"/>
        </w:tblBorders>
      </w:tblPr>
      <w:tblGrid>
        <w:gridCol w:w="14400"/>
      </w:tblGrid>
      <w:tr>
        <w:trPr>
          <w:trHeight w:val="10728" w:hRule="exact"/>
        </w:trPr>
        <w:tc>
          <w:tcPr>
            <w:tcW w:type="dxa" w:w="14400"/>
            <w:shd w:val="clear" w:color="auto" w:fill="FFF8F0"/>
            <w:tcMar>
              <w:top w:w="200" w:type="dxa"/>
              <w:left w:w="400" w:type="dxa"/>
              <w:bottom w:w="100" w:type="dxa"/>
              <w:right w:w="400" w:type="dxa"/>
            </w:tcMar>
            <w:vAlign w:val="center"/>
          </w:tcPr>
          <w:p>
            <w:pPr>
              <w:spacing w:after="400" w:before="120"/>
              <w:jc w:val="center"/>
            </w:pPr>
            <w:r>
              <w:rPr>
                <w:b/>
                <w:i w:val="0"/>
                <w:color w:val="595959"/>
                <w:sz w:val="26"/>
              </w:rPr>
              <w:t>[SCHOOL NAME]</w:t>
            </w:r>
          </w:p>
          <w:p>
            <w:pPr>
              <w:spacing w:after="40" w:before="0"/>
              <w:jc w:val="center"/>
            </w:pPr>
            <w:r>
              <w:rPr>
                <w:rFonts w:ascii="Georgia" w:hAnsi="Georgia"/>
                <w:b/>
                <w:i w:val="0"/>
                <w:color w:val="800000"/>
                <w:sz w:val="96"/>
              </w:rPr>
              <w:t>THANK YOU</w:t>
            </w:r>
          </w:p>
          <w:p>
            <w:pPr>
              <w:spacing w:after="520" w:before="0"/>
              <w:jc w:val="center"/>
            </w:pPr>
            <w:r>
              <w:rPr>
                <w:b/>
                <w:i w:val="0"/>
                <w:color w:val="C55A11"/>
                <w:sz w:val="32"/>
              </w:rPr>
              <w:t>CERTIFICATE OF APPRECIATION</w:t>
            </w:r>
          </w:p>
          <w:p>
            <w:pPr>
              <w:spacing w:after="280" w:before="0"/>
              <w:jc w:val="center"/>
            </w:pPr>
            <w:r>
              <w:rPr>
                <w:rFonts w:ascii="Georgia" w:hAnsi="Georgia"/>
                <w:b w:val="0"/>
                <w:i/>
                <w:color w:val="404040"/>
                <w:sz w:val="28"/>
              </w:rPr>
              <w:t>This certificate is proudly presented to</w:t>
            </w:r>
          </w:p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1A1A1A"/>
                <w:sz w:val="80"/>
              </w:rPr>
              <w:t>Mrs. Sarah Thompson</w:t>
            </w:r>
          </w:p>
          <w:p>
            <w:pPr>
              <w:spacing w:after="360" w:before="0"/>
              <w:jc w:val="center"/>
            </w:pPr>
            <w:r>
              <w:rPr>
                <w:b w:val="0"/>
                <w:i w:val="0"/>
                <w:color w:val="C55A11"/>
                <w:sz w:val="28"/>
              </w:rPr>
              <w:t>_______________________________________</w:t>
            </w:r>
          </w:p>
          <w:p>
            <w:pPr>
              <w:spacing w:after="880" w:before="0"/>
              <w:jc w:val="center"/>
            </w:pPr>
            <w:r>
              <w:rPr>
                <w:rFonts w:ascii="Georgia" w:hAnsi="Georgia"/>
                <w:b w:val="0"/>
                <w:i w:val="0"/>
                <w:color w:val="404040"/>
                <w:sz w:val="28"/>
              </w:rPr>
              <w:t>Thank you for inspiring, guiding and believing in every student. Your passion makes a difference.</w:t>
            </w:r>
          </w:p>
          <w:tbl>
            <w:tblPr>
              <w:tblLook w:firstColumn="1" w:firstRow="1" w:lastColumn="0" w:lastRow="0" w:noHBand="0" w:noVBand="1" w:val="04A0"/>
              <w:tblW w:w="12384" w:type="dxa"/>
              <w:tblLayout w:type="fixed"/>
            </w:tblPr>
            <w:tblGrid>
              <w:gridCol w:w="4176"/>
              <w:gridCol w:w="4031"/>
              <w:gridCol w:w="4176"/>
            </w:tblGrid>
            <w:tr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 w:val="0"/>
                      <w:i w:val="0"/>
                      <w:color w:val="404040"/>
                      <w:sz w:val="24"/>
                    </w:rPr>
                    <w:t>______________________</w:t>
                  </w:r>
                </w:p>
              </w:tc>
              <w:tc>
                <w:tcPr>
                  <w:tcW w:type="dxa" w:w="4032"/>
                </w:tcPr>
                <w:p>
                  <w:pPr>
                    <w:jc w:val="center"/>
                  </w:pPr>
                  <w:r/>
                  <w:r>
                    <w:rPr>
                      <w:b w:val="0"/>
                      <w:i w:val="0"/>
                      <w:color w:val="404040"/>
                      <w:sz w:val="24"/>
                    </w:rPr>
                    <w:t>______________________</w:t>
                  </w:r>
                </w:p>
              </w:tc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 w:val="0"/>
                      <w:i w:val="0"/>
                      <w:color w:val="404040"/>
                      <w:sz w:val="24"/>
                    </w:rPr>
                    <w:t>______________________</w:t>
                  </w:r>
                </w:p>
              </w:tc>
            </w:tr>
            <w:tr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/>
                      <w:i w:val="0"/>
                      <w:color w:val="595959"/>
                      <w:sz w:val="20"/>
                    </w:rPr>
                    <w:t>Principal</w:t>
                  </w:r>
                </w:p>
              </w:tc>
              <w:tc>
                <w:tcPr>
                  <w:tcW w:type="dxa" w:w="4032"/>
                </w:tcPr>
                <w:p>
                  <w:pPr>
                    <w:jc w:val="center"/>
                  </w:pPr>
                  <w:r/>
                  <w:r>
                    <w:rPr>
                      <w:b/>
                      <w:i w:val="0"/>
                      <w:color w:val="595959"/>
                      <w:sz w:val="20"/>
                    </w:rPr>
                    <w:t>Date</w:t>
                  </w:r>
                </w:p>
              </w:tc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/>
                      <w:i w:val="0"/>
                      <w:color w:val="595959"/>
                      <w:sz w:val="20"/>
                    </w:rPr>
                    <w:t>Parent Association</w:t>
                  </w:r>
                </w:p>
              </w:tc>
            </w:tr>
          </w:tbl>
          <w:p/>
          <w:p>
            <w:pPr>
              <w:spacing w:after="0" w:before="0"/>
            </w:pPr>
            <w:r>
              <w:rPr>
                <w:b w:val="0"/>
                <w:i w:val="0"/>
                <w:sz w:val="8"/>
              </w:rPr>
            </w:r>
          </w:p>
        </w:tc>
      </w:tr>
    </w:tbl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