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b/>
          <w:i w:val="0"/>
          <w:color w:val="7B3F00"/>
          <w:sz w:val="44"/>
        </w:rPr>
        <w:t>VISITOR SIGN-IN SHEET</w:t>
      </w:r>
    </w:p>
    <w:tbl>
      <w:tblPr>
        <w:tblStyle w:val="TableGrid"/>
        <w:tblLook w:firstColumn="1" w:firstRow="1" w:lastColumn="0" w:lastRow="0" w:noHBand="0" w:noVBand="1" w:val="04A0"/>
        <w:tblW w:w="13104" w:type="dxa"/>
        <w:tblLayout w:type="fixed"/>
      </w:tblPr>
      <w:tblGrid>
        <w:gridCol w:w="1872"/>
        <w:gridCol w:w="4680"/>
        <w:gridCol w:w="1872"/>
        <w:gridCol w:w="4680"/>
      </w:tblGrid>
      <w:tr>
        <w:tc>
          <w:tcPr>
            <w:tcW w:type="dxa" w:w="1872"/>
            <w:shd w:val="clear" w:color="auto" w:fill="FCE4D6"/>
          </w:tcPr>
          <w:p>
            <w:r/>
            <w:r>
              <w:rPr>
                <w:b/>
                <w:i w:val="0"/>
                <w:color w:val="7B3F00"/>
                <w:sz w:val="20"/>
              </w:rPr>
              <w:t>Location</w:t>
            </w:r>
          </w:p>
        </w:tc>
        <w:tc>
          <w:tcPr>
            <w:tcW w:type="dxa" w:w="4680"/>
          </w:tcPr>
          <w:p>
            <w:r/>
            <w:r>
              <w:rPr>
                <w:b w:val="0"/>
                <w:i w:val="0"/>
                <w:sz w:val="20"/>
              </w:rPr>
              <w:t>Main Office - Reception</w:t>
            </w:r>
          </w:p>
        </w:tc>
        <w:tc>
          <w:tcPr>
            <w:tcW w:type="dxa" w:w="1872"/>
            <w:shd w:val="clear" w:color="auto" w:fill="FCE4D6"/>
          </w:tcPr>
          <w:p>
            <w:r/>
            <w:r>
              <w:rPr>
                <w:b/>
                <w:i w:val="0"/>
                <w:color w:val="7B3F00"/>
                <w:sz w:val="20"/>
              </w:rPr>
              <w:t>Date</w:t>
            </w:r>
          </w:p>
        </w:tc>
        <w:tc>
          <w:tcPr>
            <w:tcW w:type="dxa" w:w="4680"/>
          </w:tcPr>
          <w:p>
            <w:r/>
            <w:r>
              <w:rPr>
                <w:b w:val="0"/>
                <w:i w:val="0"/>
                <w:sz w:val="20"/>
              </w:rPr>
              <w:t>Nov 12, 2026</w:t>
            </w:r>
          </w:p>
        </w:tc>
      </w:tr>
    </w:tbl>
    <w:p>
      <w:pPr>
        <w:spacing w:before="0" w:after="10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3104" w:type="dxa"/>
        <w:tblLayout w:type="fixed"/>
      </w:tblPr>
      <w:tblGrid>
        <w:gridCol w:w="576"/>
        <w:gridCol w:w="2592"/>
        <w:gridCol w:w="2304"/>
        <w:gridCol w:w="2015"/>
        <w:gridCol w:w="2160"/>
        <w:gridCol w:w="1152"/>
        <w:gridCol w:w="1152"/>
        <w:gridCol w:w="1152"/>
      </w:tblGrid>
      <w:tr>
        <w:tc>
          <w:tcPr>
            <w:tcW w:type="dxa" w:w="576"/>
            <w:shd w:val="clear" w:color="auto" w:fill="7B3F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#</w:t>
            </w:r>
          </w:p>
        </w:tc>
        <w:tc>
          <w:tcPr>
            <w:tcW w:type="dxa" w:w="2592"/>
            <w:shd w:val="clear" w:color="auto" w:fill="7B3F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Visitor Name</w:t>
            </w:r>
          </w:p>
        </w:tc>
        <w:tc>
          <w:tcPr>
            <w:tcW w:type="dxa" w:w="2304"/>
            <w:shd w:val="clear" w:color="auto" w:fill="7B3F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Company</w:t>
            </w:r>
          </w:p>
        </w:tc>
        <w:tc>
          <w:tcPr>
            <w:tcW w:type="dxa" w:w="2016"/>
            <w:shd w:val="clear" w:color="auto" w:fill="7B3F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Visiting</w:t>
            </w:r>
          </w:p>
        </w:tc>
        <w:tc>
          <w:tcPr>
            <w:tcW w:type="dxa" w:w="2160"/>
            <w:shd w:val="clear" w:color="auto" w:fill="7B3F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Purpose</w:t>
            </w:r>
          </w:p>
        </w:tc>
        <w:tc>
          <w:tcPr>
            <w:tcW w:type="dxa" w:w="1152"/>
            <w:shd w:val="clear" w:color="auto" w:fill="7B3F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Badge #</w:t>
            </w:r>
          </w:p>
        </w:tc>
        <w:tc>
          <w:tcPr>
            <w:tcW w:type="dxa" w:w="1152"/>
            <w:shd w:val="clear" w:color="auto" w:fill="7B3F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Time In</w:t>
            </w:r>
          </w:p>
        </w:tc>
        <w:tc>
          <w:tcPr>
            <w:tcW w:type="dxa" w:w="1152"/>
            <w:shd w:val="clear" w:color="auto" w:fill="7B3F00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</w:rPr>
              <w:t>Time Out</w:t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Rita Gomez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Alpha Supplies</w:t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J. Carter</w:t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Delivery</w:t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V-014</w:t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9:10 AM</w:t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9:30 AM</w:t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Sam Wilson</w:t>
            </w:r>
          </w:p>
        </w:tc>
        <w:tc>
          <w:tcPr>
            <w:tcW w:type="dxa" w:w="2304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Visitor</w:t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HR Dept.</w:t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Interview</w:t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V-015</w:t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  <w:t>10:00 AM</w:t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color w:val="1F3A93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9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10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11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12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13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  <w:shd w:val="clear" w:color="auto" w:fill="F7F7F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14</w:t>
            </w:r>
          </w:p>
        </w:tc>
        <w:tc>
          <w:tcPr>
            <w:tcW w:type="dxa" w:w="259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  <w:shd w:val="clear" w:color="auto" w:fill="F7F7F7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  <w:tr>
        <w:trPr>
          <w:trHeight w:val="432" w:hRule="exact"/>
        </w:trPr>
        <w:tc>
          <w:tcPr>
            <w:tcW w:type="dxa" w:w="57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</w:rPr>
              <w:t>15</w:t>
            </w:r>
          </w:p>
        </w:tc>
        <w:tc>
          <w:tcPr>
            <w:tcW w:type="dxa" w:w="259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016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2160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1152"/>
          </w:tcPr>
          <w:p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before="80" w:after="0"/>
      </w:pPr>
      <w:r>
        <w:rPr>
          <w:b w:val="0"/>
          <w:i/>
          <w:color w:val="757575"/>
          <w:sz w:val="17"/>
        </w:rPr>
        <w:t>All visitors must sign in and out and wear a visible badge while on site.</w:t>
      </w:r>
    </w:p>
    <w:sectPr w:rsidR="00FC693F" w:rsidRPr="0006063C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