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tblW w:w="14400" w:type="dxa"/>
        <w:tblLayout w:type="fixed"/>
        <w:tblBorders>
          <w:top w:val="triple" w:sz="24" w:space="0" w:color="1E6B3A"/>
          <w:left w:val="triple" w:sz="24" w:space="0" w:color="1E6B3A"/>
          <w:bottom w:val="triple" w:sz="24" w:space="0" w:color="1E6B3A"/>
          <w:right w:val="triple" w:sz="24" w:space="0" w:color="1E6B3A"/>
        </w:tblBorders>
      </w:tblPr>
      <w:tblGrid>
        <w:gridCol w:w="14400"/>
      </w:tblGrid>
      <w:tr>
        <w:trPr>
          <w:trHeight w:val="10728" w:hRule="exact"/>
        </w:trPr>
        <w:tc>
          <w:tcPr>
            <w:tcW w:type="dxa" w:w="14400"/>
            <w:shd w:val="clear" w:color="auto" w:fill="F4FBF5"/>
            <w:tcMar>
              <w:top w:w="200" w:type="dxa"/>
              <w:left w:w="400" w:type="dxa"/>
              <w:bottom w:w="100" w:type="dxa"/>
              <w:right w:w="400" w:type="dxa"/>
            </w:tcMar>
            <w:vAlign w:val="center"/>
          </w:tcPr>
          <w:p>
            <w:pPr>
              <w:spacing w:after="400" w:before="120"/>
              <w:jc w:val="center"/>
            </w:pPr>
            <w:r>
              <w:rPr>
                <w:b/>
                <w:i w:val="0"/>
                <w:color w:val="595959"/>
                <w:sz w:val="26"/>
              </w:rPr>
              <w:t>[ORGANIZATION NAME]</w:t>
            </w:r>
          </w:p>
          <w:p>
            <w:pPr>
              <w:spacing w:after="40" w:before="0"/>
              <w:jc w:val="center"/>
            </w:pPr>
            <w:r>
              <w:rPr>
                <w:rFonts w:ascii="Georgia" w:hAnsi="Georgia"/>
                <w:b/>
                <w:i w:val="0"/>
                <w:color w:val="1E6B3A"/>
                <w:sz w:val="96"/>
              </w:rPr>
              <w:t>CERTIFICATE</w:t>
            </w:r>
          </w:p>
          <w:p>
            <w:pPr>
              <w:spacing w:after="520" w:before="0"/>
              <w:jc w:val="center"/>
            </w:pPr>
            <w:r>
              <w:rPr>
                <w:b/>
                <w:i w:val="0"/>
                <w:color w:val="C55A11"/>
                <w:sz w:val="32"/>
              </w:rPr>
              <w:t>OF APPRECIATION FOR VOLUNTEER SERVICE</w:t>
            </w:r>
          </w:p>
          <w:p>
            <w:pPr>
              <w:spacing w:after="280" w:before="0"/>
              <w:jc w:val="center"/>
            </w:pPr>
            <w:r>
              <w:rPr>
                <w:rFonts w:ascii="Georgia" w:hAnsi="Georgia"/>
                <w:b w:val="0"/>
                <w:i/>
                <w:color w:val="404040"/>
                <w:sz w:val="28"/>
              </w:rPr>
              <w:t>This certificate is proudly presented to</w:t>
            </w:r>
          </w:p>
          <w:p>
            <w:pPr>
              <w:spacing w:after="0" w:before="0"/>
              <w:jc w:val="center"/>
            </w:pPr>
            <w:r>
              <w:rPr>
                <w:rFonts w:ascii="Georgia" w:hAnsi="Georgia"/>
                <w:b/>
                <w:i w:val="0"/>
                <w:color w:val="1A1A1A"/>
                <w:sz w:val="80"/>
              </w:rPr>
              <w:t>Aisha Khan</w:t>
            </w:r>
          </w:p>
          <w:p>
            <w:pPr>
              <w:spacing w:after="360" w:before="0"/>
              <w:jc w:val="center"/>
            </w:pPr>
            <w:r>
              <w:rPr>
                <w:b w:val="0"/>
                <w:i w:val="0"/>
                <w:color w:val="C55A11"/>
                <w:sz w:val="28"/>
              </w:rPr>
              <w:t>_______________________________________</w:t>
            </w:r>
          </w:p>
          <w:p>
            <w:pPr>
              <w:spacing w:after="880" w:before="0"/>
              <w:jc w:val="center"/>
            </w:pPr>
            <w:r>
              <w:rPr>
                <w:rFonts w:ascii="Georgia" w:hAnsi="Georgia"/>
                <w:b w:val="0"/>
                <w:i w:val="0"/>
                <w:color w:val="404040"/>
                <w:sz w:val="28"/>
              </w:rPr>
              <w:t>With sincere thanks for generously giving 120 hours of time and energy to our community.</w:t>
            </w:r>
          </w:p>
          <w:tbl>
            <w:tblPr>
              <w:tblLook w:firstColumn="1" w:firstRow="1" w:lastColumn="0" w:lastRow="0" w:noHBand="0" w:noVBand="1" w:val="04A0"/>
              <w:tblW w:w="12384" w:type="dxa"/>
              <w:tblLayout w:type="fixed"/>
            </w:tblPr>
            <w:tblGrid>
              <w:gridCol w:w="4176"/>
              <w:gridCol w:w="4031"/>
              <w:gridCol w:w="4176"/>
            </w:tblGrid>
            <w:tr>
              <w:tc>
                <w:tcPr>
                  <w:tcW w:type="dxa" w:w="4176"/>
                </w:tcPr>
                <w:p>
                  <w:pPr>
                    <w:jc w:val="center"/>
                  </w:pPr>
                  <w:r/>
                  <w:r>
                    <w:rPr>
                      <w:b w:val="0"/>
                      <w:i w:val="0"/>
                      <w:color w:val="404040"/>
                      <w:sz w:val="24"/>
                    </w:rPr>
                    <w:t>______________________</w:t>
                  </w:r>
                </w:p>
              </w:tc>
              <w:tc>
                <w:tcPr>
                  <w:tcW w:type="dxa" w:w="4032"/>
                </w:tcPr>
                <w:p>
                  <w:pPr>
                    <w:jc w:val="center"/>
                  </w:pPr>
                  <w:r/>
                  <w:r>
                    <w:rPr>
                      <w:b w:val="0"/>
                      <w:i w:val="0"/>
                      <w:color w:val="404040"/>
                      <w:sz w:val="24"/>
                    </w:rPr>
                    <w:t>______________________</w:t>
                  </w:r>
                </w:p>
              </w:tc>
              <w:tc>
                <w:tcPr>
                  <w:tcW w:type="dxa" w:w="4176"/>
                </w:tcPr>
                <w:p>
                  <w:pPr>
                    <w:jc w:val="center"/>
                  </w:pPr>
                  <w:r/>
                  <w:r>
                    <w:rPr>
                      <w:b w:val="0"/>
                      <w:i w:val="0"/>
                      <w:color w:val="404040"/>
                      <w:sz w:val="24"/>
                    </w:rPr>
                    <w:t>______________________</w:t>
                  </w:r>
                </w:p>
              </w:tc>
            </w:tr>
            <w:tr>
              <w:tc>
                <w:tcPr>
                  <w:tcW w:type="dxa" w:w="4176"/>
                </w:tcPr>
                <w:p>
                  <w:pPr>
                    <w:jc w:val="center"/>
                  </w:pPr>
                  <w:r/>
                  <w:r>
                    <w:rPr>
                      <w:b/>
                      <w:i w:val="0"/>
                      <w:color w:val="595959"/>
                      <w:sz w:val="20"/>
                    </w:rPr>
                    <w:t>Program Coordinator</w:t>
                  </w:r>
                </w:p>
              </w:tc>
              <w:tc>
                <w:tcPr>
                  <w:tcW w:type="dxa" w:w="4032"/>
                </w:tcPr>
                <w:p>
                  <w:pPr>
                    <w:jc w:val="center"/>
                  </w:pPr>
                  <w:r/>
                  <w:r>
                    <w:rPr>
                      <w:b/>
                      <w:i w:val="0"/>
                      <w:color w:val="595959"/>
                      <w:sz w:val="20"/>
                    </w:rPr>
                    <w:t>Date</w:t>
                  </w:r>
                </w:p>
              </w:tc>
              <w:tc>
                <w:tcPr>
                  <w:tcW w:type="dxa" w:w="4176"/>
                </w:tcPr>
                <w:p>
                  <w:pPr>
                    <w:jc w:val="center"/>
                  </w:pPr>
                  <w:r/>
                  <w:r>
                    <w:rPr>
                      <w:b/>
                      <w:i w:val="0"/>
                      <w:color w:val="595959"/>
                      <w:sz w:val="20"/>
                    </w:rPr>
                    <w:t>President</w:t>
                  </w:r>
                </w:p>
              </w:tc>
            </w:tr>
          </w:tbl>
          <w:p/>
          <w:p>
            <w:pPr>
              <w:spacing w:after="0" w:before="0"/>
            </w:pPr>
            <w:r>
              <w:rPr>
                <w:b w:val="0"/>
                <w:i w:val="0"/>
                <w:sz w:val="8"/>
              </w:rPr>
            </w:r>
          </w:p>
        </w:tc>
      </w:tr>
    </w:tbl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