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color w:val="00695C"/>
          <w:sz w:val="40"/>
        </w:rPr>
        <w:t>WEEKLY WORK REPORT</w:t>
      </w:r>
    </w:p>
    <w:p>
      <w:pPr>
        <w:spacing w:before="0" w:after="160"/>
        <w:jc w:val="center"/>
      </w:pPr>
      <w:r>
        <w:rPr>
          <w:b w:val="0"/>
          <w:i w:val="0"/>
          <w:color w:val="595959"/>
          <w:sz w:val="20"/>
        </w:rPr>
        <w:t>Employee: ____________   Department: ____________   Week ending: 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0695C"/>
          </w:tcPr>
          <w:p>
            <w:r/>
            <w:r>
              <w:rPr>
                <w:b/>
                <w:i w:val="0"/>
                <w:color w:val="FFFFFF"/>
                <w:sz w:val="22"/>
              </w:rPr>
              <w:t>WORK COMPLETED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1872"/>
        <w:gridCol w:w="6768"/>
        <w:gridCol w:w="1440"/>
      </w:tblGrid>
      <w:tr>
        <w:tc>
          <w:tcPr>
            <w:tcW w:type="dxa" w:w="1872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Day</w:t>
            </w:r>
          </w:p>
        </w:tc>
        <w:tc>
          <w:tcPr>
            <w:tcW w:type="dxa" w:w="6768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Main tasks completed</w:t>
            </w:r>
          </w:p>
        </w:tc>
        <w:tc>
          <w:tcPr>
            <w:tcW w:type="dxa" w:w="1440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Hours</w:t>
            </w:r>
          </w:p>
        </w:tc>
      </w:tr>
      <w:tr>
        <w:tc>
          <w:tcPr>
            <w:tcW w:type="dxa" w:w="1872"/>
          </w:tcPr>
          <w:p>
            <w:r/>
            <w:r>
              <w:rPr>
                <w:b w:val="0"/>
                <w:i w:val="0"/>
                <w:sz w:val="19"/>
              </w:rPr>
              <w:t>Monday</w:t>
            </w:r>
          </w:p>
        </w:tc>
        <w:tc>
          <w:tcPr>
            <w:tcW w:type="dxa" w:w="676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1872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  <w:t>Tuesday</w:t>
            </w:r>
          </w:p>
        </w:tc>
        <w:tc>
          <w:tcPr>
            <w:tcW w:type="dxa" w:w="676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1872"/>
          </w:tcPr>
          <w:p>
            <w:r/>
            <w:r>
              <w:rPr>
                <w:b w:val="0"/>
                <w:i w:val="0"/>
                <w:sz w:val="19"/>
              </w:rPr>
              <w:t>Wednesday</w:t>
            </w:r>
          </w:p>
        </w:tc>
        <w:tc>
          <w:tcPr>
            <w:tcW w:type="dxa" w:w="676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1872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  <w:t>Thursday</w:t>
            </w:r>
          </w:p>
        </w:tc>
        <w:tc>
          <w:tcPr>
            <w:tcW w:type="dxa" w:w="676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1872"/>
          </w:tcPr>
          <w:p>
            <w:r/>
            <w:r>
              <w:rPr>
                <w:b w:val="0"/>
                <w:i w:val="0"/>
                <w:sz w:val="19"/>
              </w:rPr>
              <w:t>Friday</w:t>
            </w:r>
          </w:p>
        </w:tc>
        <w:tc>
          <w:tcPr>
            <w:tcW w:type="dxa" w:w="676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1872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  <w:t>Total</w:t>
            </w:r>
          </w:p>
        </w:tc>
        <w:tc>
          <w:tcPr>
            <w:tcW w:type="dxa" w:w="676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16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0695C"/>
          </w:tcPr>
          <w:p>
            <w:r/>
            <w:r>
              <w:rPr>
                <w:b/>
                <w:i w:val="0"/>
                <w:color w:val="FFFFFF"/>
                <w:sz w:val="22"/>
              </w:rPr>
              <w:t>ACHIEVEMENTS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0695C"/>
          </w:tcPr>
          <w:p>
            <w:r/>
            <w:r>
              <w:rPr>
                <w:b/>
                <w:i w:val="0"/>
                <w:color w:val="FFFFFF"/>
                <w:sz w:val="22"/>
              </w:rPr>
              <w:t>CHALLENGES AND SUPPORT NEEDED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spacing w:before="0" w:after="80"/>
      </w:pPr>
      <w:r>
        <w:rPr>
          <w:b w:val="0"/>
          <w:i w:val="0"/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0695C"/>
          </w:tcPr>
          <w:p>
            <w:r/>
            <w:r>
              <w:rPr>
                <w:b/>
                <w:i w:val="0"/>
                <w:color w:val="FFFFFF"/>
                <w:sz w:val="22"/>
              </w:rPr>
              <w:t>GOALS FOR NEXT WEEK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spacing w:before="0" w:after="60"/>
      </w:pPr>
      <w:r>
        <w:rPr>
          <w:b w:val="0"/>
          <w:i w:val="0"/>
          <w:sz w:val="20"/>
        </w:rPr>
        <w:t xml:space="preserve">☐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☐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☐  </w:t>
      </w:r>
    </w:p>
    <w:p>
      <w:pPr>
        <w:spacing w:before="0" w:after="80"/>
      </w:pPr>
      <w:r>
        <w:rPr>
          <w:b w:val="0"/>
          <w:i w:val="0"/>
          <w:sz w:val="21"/>
        </w:rPr>
      </w:r>
    </w:p>
    <w:p>
      <w:pPr>
        <w:spacing w:before="0" w:after="80"/>
      </w:pPr>
      <w:r>
        <w:rPr>
          <w:b w:val="0"/>
          <w:i w:val="0"/>
          <w:sz w:val="20"/>
        </w:rPr>
        <w:t>Employee signature: ____________________   Manager: ____________________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